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Liberation Sans" w:hAnsi="Liberation Sans" w:eastAsia="Liberation Sans"/>
          <w:b/>
          <w:color w:val="124B52"/>
          <w:sz w:val="28"/>
        </w:rPr>
        <w:t>LT CLASS ON</w:t>
      </w:r>
    </w:p>
    <w:p>
      <w:pPr>
        <w:spacing w:after="80"/>
        <w:jc w:val="center"/>
      </w:pPr>
      <w:r>
        <w:rPr>
          <w:rFonts w:ascii="Liberation Sans" w:hAnsi="Liberation Sans" w:eastAsia="Liberation Sans"/>
          <w:b/>
          <w:color w:val="141414"/>
          <w:sz w:val="46"/>
        </w:rPr>
        <w:t>BANDOMASIS A1–A2 LIETUVIŲ KALBOS</w:t>
        <w:br/>
        <w:t>EGZAMINO TESTAS</w:t>
      </w:r>
    </w:p>
    <w:p>
      <w:pPr>
        <w:jc w:val="center"/>
      </w:pPr>
      <w:r>
        <w:rPr>
          <w:rFonts w:ascii="Liberation Sans" w:hAnsi="Liberation Sans" w:eastAsia="Liberation Sans"/>
          <w:b/>
          <w:color w:val="124B52"/>
          <w:sz w:val="26"/>
        </w:rPr>
        <w:t>Be klausymo dalies</w:t>
      </w:r>
    </w:p>
    <w:tbl>
      <w:tblPr>
        <w:tblStyle w:val="TableGrid"/>
        <w:tblW w:type="auto" w:w="0"/>
        <w:jc w:val="center"/>
        <w:tblLayout w:type="fixed"/>
        <w:tblLook w:firstColumn="1" w:firstRow="1" w:lastColumn="0" w:lastRow="0" w:noHBand="0" w:noVBand="1" w:val="04A0"/>
      </w:tblPr>
      <w:tblGrid>
        <w:gridCol w:w="5185"/>
        <w:gridCol w:w="5185"/>
      </w:tblGrid>
      <w:tr>
        <w:tc>
          <w:tcPr>
            <w:tcW w:type="dxa" w:w="3402"/>
            <w:vAlign w:val="center"/>
            <w:tcMar>
              <w:top w:w="80" w:type="dxa"/>
              <w:start w:w="100" w:type="dxa"/>
              <w:bottom w:w="80" w:type="dxa"/>
              <w:end w:w="100" w:type="dxa"/>
            </w:tcMar>
          </w:tcPr>
          <w:p>
            <w:r>
              <w:rPr>
                <w:rFonts w:ascii="Liberation Sans" w:hAnsi="Liberation Sans" w:eastAsia="Liberation Sans"/>
                <w:b w:val="0"/>
                <w:sz w:val="20"/>
              </w:rPr>
              <w:t>Vardas, pavardė</w:t>
            </w:r>
          </w:p>
        </w:tc>
        <w:tc>
          <w:tcPr>
            <w:tcW w:type="dxa" w:w="5102"/>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Data</w:t>
            </w:r>
          </w:p>
        </w:tc>
        <w:tc>
          <w:tcPr>
            <w:tcW w:type="dxa" w:w="5102"/>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Rašto dalies pradžia / pabaiga</w:t>
            </w:r>
          </w:p>
        </w:tc>
        <w:tc>
          <w:tcPr>
            <w:tcW w:type="dxa" w:w="5102"/>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Galutinis rezultatas</w:t>
            </w:r>
          </w:p>
        </w:tc>
        <w:tc>
          <w:tcPr>
            <w:tcW w:type="dxa" w:w="5102"/>
            <w:vAlign w:val="center"/>
            <w:tcMar>
              <w:top w:w="80" w:type="dxa"/>
              <w:start w:w="100" w:type="dxa"/>
              <w:bottom w:w="80" w:type="dxa"/>
              <w:end w:w="100" w:type="dxa"/>
            </w:tcMar>
          </w:tcPr>
          <w:p>
            <w:r>
              <w:rPr>
                <w:rFonts w:ascii="Liberation Sans" w:hAnsi="Liberation Sans" w:eastAsia="Liberation Sans"/>
                <w:b w:val="0"/>
                <w:sz w:val="20"/>
              </w:rPr>
              <w:t>____ / 100</w:t>
            </w:r>
          </w:p>
        </w:tc>
      </w:tr>
    </w:tbl>
    <w:p/>
    <w:p>
      <w:pPr>
        <w:jc w:val="center"/>
      </w:pPr>
      <w:r>
        <w:rPr>
          <w:rFonts w:ascii="Liberation Sans" w:hAnsi="Liberation Sans" w:eastAsia="Liberation Sans"/>
          <w:b/>
          <w:sz w:val="21"/>
        </w:rPr>
        <w:t>Rekomenduojamas laikas: 75 min. raštu + 10–15 min. kalbėjimui</w:t>
      </w:r>
    </w:p>
    <w:tbl>
      <w:tblPr>
        <w:tblStyle w:val="TableGrid"/>
        <w:tblW w:type="auto" w:w="0"/>
        <w:jc w:val="center"/>
        <w:tblLook w:firstColumn="1" w:firstRow="1" w:lastColumn="0" w:lastRow="0" w:noHBand="0" w:noVBand="1" w:val="04A0"/>
      </w:tblPr>
      <w:tblGrid>
        <w:gridCol w:w="10370"/>
      </w:tblGrid>
      <w:tr>
        <w:tc>
          <w:tcPr>
            <w:tcW w:type="dxa" w:w="10370"/>
            <w:shd w:fill="F2F6F6"/>
            <w:tcMar>
              <w:top w:w="150" w:type="dxa"/>
              <w:start w:w="180" w:type="dxa"/>
              <w:bottom w:w="150" w:type="dxa"/>
              <w:end w:w="180" w:type="dxa"/>
            </w:tcMar>
          </w:tcPr>
          <w:p>
            <w:r>
              <w:rPr>
                <w:rFonts w:ascii="Liberation Sans" w:hAnsi="Liberation Sans" w:eastAsia="Liberation Sans"/>
                <w:b/>
                <w:color w:val="124B52"/>
                <w:sz w:val="19"/>
              </w:rPr>
              <w:t xml:space="preserve">Svarbu. </w:t>
            </w:r>
            <w:r>
              <w:rPr>
                <w:rFonts w:ascii="Liberation Sans" w:hAnsi="Liberation Sans" w:eastAsia="Liberation Sans"/>
                <w:sz w:val="19"/>
              </w:rPr>
              <w:t>Tai nėra oficialus valstybinis egzaminas. Testas skirtas savikontrolei ir parengtas pagal A1–A2 programose bei egzamino pavyzdžiuose naudojamus užduočių tipus. Kadangi šiame variante nėra klausymo dalies, vien pagal šį rezultatą negalima galutinai spręsti apie viso egzamino išlaikymą.</w:t>
            </w:r>
          </w:p>
        </w:tc>
      </w:tr>
    </w:tbl>
    <w:p>
      <w:r>
        <w:br w:type="page"/>
      </w:r>
    </w:p>
    <w:p>
      <w:pPr>
        <w:pStyle w:val="Heading1"/>
        <w:keepNext/>
      </w:pPr>
      <w:r>
        <w:t>Instrukcija kandidatui</w:t>
      </w:r>
    </w:p>
    <w:p>
      <w:pPr>
        <w:pStyle w:val="ListBullet"/>
      </w:pPr>
      <w:r>
        <w:rPr>
          <w:rFonts w:ascii="Liberation Sans" w:hAnsi="Liberation Sans" w:eastAsia="Liberation Sans"/>
          <w:sz w:val="20"/>
        </w:rPr>
        <w:t>Atsakykite be žodyno, vertėjo ir telefono pagalbos.</w:t>
      </w:r>
    </w:p>
    <w:p>
      <w:pPr>
        <w:pStyle w:val="ListBullet"/>
      </w:pPr>
      <w:r>
        <w:rPr>
          <w:rFonts w:ascii="Liberation Sans" w:hAnsi="Liberation Sans" w:eastAsia="Liberation Sans"/>
          <w:sz w:val="20"/>
        </w:rPr>
        <w:t>Kur yra atsakymo variantai, pažymėkite tik vieną atsakymą.</w:t>
      </w:r>
    </w:p>
    <w:p>
      <w:pPr>
        <w:pStyle w:val="ListBullet"/>
      </w:pPr>
      <w:r>
        <w:rPr>
          <w:rFonts w:ascii="Liberation Sans" w:hAnsi="Liberation Sans" w:eastAsia="Liberation Sans"/>
          <w:sz w:val="20"/>
        </w:rPr>
        <w:t>Rašymo užduotyse stenkitės perduoti visą prašomą informaciją, net jeigu darote gramatikos klaidų.</w:t>
      </w:r>
    </w:p>
    <w:p>
      <w:pPr>
        <w:pStyle w:val="ListBullet"/>
      </w:pPr>
      <w:r>
        <w:rPr>
          <w:rFonts w:ascii="Liberation Sans" w:hAnsi="Liberation Sans" w:eastAsia="Liberation Sans"/>
          <w:sz w:val="20"/>
        </w:rPr>
        <w:t>Kalbėjimo dalį geriausia atlikti su mokytoju ar kitu žmogumi. Jei mokotės savarankiškai, įrašykite savo atsakymus telefonu ir įvertinkite pagal kriterijus dokumento pabaigoje.</w:t>
      </w:r>
    </w:p>
    <w:p>
      <w:pPr>
        <w:pStyle w:val="ListBullet"/>
      </w:pPr>
      <w:r>
        <w:rPr>
          <w:rFonts w:ascii="Liberation Sans" w:hAnsi="Liberation Sans" w:eastAsia="Liberation Sans"/>
          <w:sz w:val="20"/>
        </w:rPr>
        <w:t>Atsakymus ir vertinimo lenteles žiūrėkite tik baigę testą.</w:t>
      </w:r>
    </w:p>
    <w:p>
      <w:pPr>
        <w:pStyle w:val="Heading1"/>
        <w:keepNext/>
      </w:pPr>
      <w:r>
        <w:t>I DALIS. SKAITYMAS</w:t>
      </w:r>
    </w:p>
    <w:p>
      <w:pPr>
        <w:spacing w:after="160"/>
        <w:ind w:left="0"/>
      </w:pPr>
      <w:r>
        <w:rPr>
          <w:rFonts w:ascii="Liberation Sans" w:hAnsi="Liberation Sans" w:eastAsia="Liberation Sans"/>
          <w:b/>
          <w:color w:val="124B52"/>
          <w:sz w:val="20"/>
        </w:rPr>
        <w:t>25 taškai</w:t>
      </w:r>
    </w:p>
    <w:p>
      <w:pPr>
        <w:pStyle w:val="Heading2"/>
        <w:keepNext/>
      </w:pPr>
      <w:r>
        <w:t>1 užduotis. Kur galima pamatyti šiuos užrašus?</w:t>
      </w:r>
    </w:p>
    <w:p>
      <w:pPr>
        <w:spacing w:after="100"/>
        <w:ind w:left="0"/>
      </w:pPr>
      <w:r>
        <w:rPr>
          <w:rFonts w:ascii="Liberation Sans" w:hAnsi="Liberation Sans" w:eastAsia="Liberation Sans"/>
          <w:b w:val="0"/>
          <w:color w:val="5A5A5A"/>
          <w:sz w:val="19"/>
        </w:rPr>
        <w:t>Pažymėkite A, B arba C. Kiekvienas teisingas atsakymas – 1 taškas.</w:t>
      </w:r>
    </w:p>
    <w:p>
      <w:pPr>
        <w:keepNext/>
        <w:spacing w:after="40"/>
      </w:pPr>
      <w:r>
        <w:rPr>
          <w:rFonts w:ascii="Liberation Sans" w:hAnsi="Liberation Sans" w:eastAsia="Liberation Sans"/>
          <w:b w:val="0"/>
          <w:sz w:val="21"/>
        </w:rPr>
        <w:t>1. Prašom palikti siuntas prie durų.</w:t>
      </w:r>
    </w:p>
    <w:p>
      <w:pPr>
        <w:spacing w:after="20"/>
        <w:ind w:left="369"/>
      </w:pPr>
      <w:r>
        <w:rPr>
          <w:rFonts w:ascii="Liberation Sans" w:hAnsi="Liberation Sans" w:eastAsia="Liberation Sans"/>
          <w:sz w:val="20"/>
        </w:rPr>
        <w:t>A. autobusų stotelėje</w:t>
      </w:r>
    </w:p>
    <w:p>
      <w:pPr>
        <w:spacing w:after="20"/>
        <w:ind w:left="369"/>
      </w:pPr>
      <w:r>
        <w:rPr>
          <w:rFonts w:ascii="Liberation Sans" w:hAnsi="Liberation Sans" w:eastAsia="Liberation Sans"/>
          <w:sz w:val="20"/>
        </w:rPr>
        <w:t>B. prie buto ar namo</w:t>
      </w:r>
    </w:p>
    <w:p>
      <w:pPr>
        <w:spacing w:after="20"/>
        <w:ind w:left="369"/>
      </w:pPr>
      <w:r>
        <w:rPr>
          <w:rFonts w:ascii="Liberation Sans" w:hAnsi="Liberation Sans" w:eastAsia="Liberation Sans"/>
          <w:sz w:val="20"/>
        </w:rPr>
        <w:t>C. sporto salėje</w:t>
      </w:r>
    </w:p>
    <w:p>
      <w:pPr>
        <w:keepNext/>
        <w:spacing w:after="40"/>
      </w:pPr>
      <w:r>
        <w:rPr>
          <w:rFonts w:ascii="Liberation Sans" w:hAnsi="Liberation Sans" w:eastAsia="Liberation Sans"/>
          <w:b w:val="0"/>
          <w:sz w:val="21"/>
        </w:rPr>
        <w:t>2. Tik su darbuotojo kortele.</w:t>
      </w:r>
    </w:p>
    <w:p>
      <w:pPr>
        <w:spacing w:after="20"/>
        <w:ind w:left="369"/>
      </w:pPr>
      <w:r>
        <w:rPr>
          <w:rFonts w:ascii="Liberation Sans" w:hAnsi="Liberation Sans" w:eastAsia="Liberation Sans"/>
          <w:sz w:val="20"/>
        </w:rPr>
        <w:t>A. prie tarnybinio įėjimo</w:t>
      </w:r>
    </w:p>
    <w:p>
      <w:pPr>
        <w:spacing w:after="20"/>
        <w:ind w:left="369"/>
      </w:pPr>
      <w:r>
        <w:rPr>
          <w:rFonts w:ascii="Liberation Sans" w:hAnsi="Liberation Sans" w:eastAsia="Liberation Sans"/>
          <w:sz w:val="20"/>
        </w:rPr>
        <w:t>B. vaistinėje</w:t>
      </w:r>
    </w:p>
    <w:p>
      <w:pPr>
        <w:spacing w:after="20"/>
        <w:ind w:left="369"/>
      </w:pPr>
      <w:r>
        <w:rPr>
          <w:rFonts w:ascii="Liberation Sans" w:hAnsi="Liberation Sans" w:eastAsia="Liberation Sans"/>
          <w:sz w:val="20"/>
        </w:rPr>
        <w:t>C. kavinės meniu</w:t>
      </w:r>
    </w:p>
    <w:p>
      <w:pPr>
        <w:keepNext/>
        <w:spacing w:after="40"/>
      </w:pPr>
      <w:r>
        <w:rPr>
          <w:rFonts w:ascii="Liberation Sans" w:hAnsi="Liberation Sans" w:eastAsia="Liberation Sans"/>
          <w:b w:val="0"/>
          <w:sz w:val="21"/>
        </w:rPr>
        <w:t>3. Šiandien dirbame iki 20.00.</w:t>
      </w:r>
    </w:p>
    <w:p>
      <w:pPr>
        <w:spacing w:after="20"/>
        <w:ind w:left="369"/>
      </w:pPr>
      <w:r>
        <w:rPr>
          <w:rFonts w:ascii="Liberation Sans" w:hAnsi="Liberation Sans" w:eastAsia="Liberation Sans"/>
          <w:sz w:val="20"/>
        </w:rPr>
        <w:t>A. ant kelio ženklo</w:t>
      </w:r>
    </w:p>
    <w:p>
      <w:pPr>
        <w:spacing w:after="20"/>
        <w:ind w:left="369"/>
      </w:pPr>
      <w:r>
        <w:rPr>
          <w:rFonts w:ascii="Liberation Sans" w:hAnsi="Liberation Sans" w:eastAsia="Liberation Sans"/>
          <w:sz w:val="20"/>
        </w:rPr>
        <w:t>B. parduotuvės duryse</w:t>
      </w:r>
    </w:p>
    <w:p>
      <w:pPr>
        <w:spacing w:after="20"/>
        <w:ind w:left="369"/>
      </w:pPr>
      <w:r>
        <w:rPr>
          <w:rFonts w:ascii="Liberation Sans" w:hAnsi="Liberation Sans" w:eastAsia="Liberation Sans"/>
          <w:sz w:val="20"/>
        </w:rPr>
        <w:t>C. ant recepto</w:t>
      </w:r>
    </w:p>
    <w:p>
      <w:pPr>
        <w:keepNext/>
        <w:spacing w:after="40"/>
      </w:pPr>
      <w:r>
        <w:rPr>
          <w:rFonts w:ascii="Liberation Sans" w:hAnsi="Liberation Sans" w:eastAsia="Liberation Sans"/>
          <w:b w:val="0"/>
          <w:sz w:val="21"/>
        </w:rPr>
        <w:t>4. Telefonus prašom išjungti.</w:t>
      </w:r>
    </w:p>
    <w:p>
      <w:pPr>
        <w:spacing w:after="20"/>
        <w:ind w:left="369"/>
      </w:pPr>
      <w:r>
        <w:rPr>
          <w:rFonts w:ascii="Liberation Sans" w:hAnsi="Liberation Sans" w:eastAsia="Liberation Sans"/>
          <w:sz w:val="20"/>
        </w:rPr>
        <w:t>A. kino salėje</w:t>
      </w:r>
    </w:p>
    <w:p>
      <w:pPr>
        <w:spacing w:after="20"/>
        <w:ind w:left="369"/>
      </w:pPr>
      <w:r>
        <w:rPr>
          <w:rFonts w:ascii="Liberation Sans" w:hAnsi="Liberation Sans" w:eastAsia="Liberation Sans"/>
          <w:sz w:val="20"/>
        </w:rPr>
        <w:t>B. turguje</w:t>
      </w:r>
    </w:p>
    <w:p>
      <w:pPr>
        <w:spacing w:after="20"/>
        <w:ind w:left="369"/>
      </w:pPr>
      <w:r>
        <w:rPr>
          <w:rFonts w:ascii="Liberation Sans" w:hAnsi="Liberation Sans" w:eastAsia="Liberation Sans"/>
          <w:sz w:val="20"/>
        </w:rPr>
        <w:t>C. degalinėje</w:t>
      </w:r>
    </w:p>
    <w:p>
      <w:pPr>
        <w:keepNext/>
        <w:spacing w:after="40"/>
      </w:pPr>
      <w:r>
        <w:rPr>
          <w:rFonts w:ascii="Liberation Sans" w:hAnsi="Liberation Sans" w:eastAsia="Liberation Sans"/>
          <w:b w:val="0"/>
          <w:sz w:val="21"/>
        </w:rPr>
        <w:t>5. Registracija – 2 aukšte.</w:t>
      </w:r>
    </w:p>
    <w:p>
      <w:pPr>
        <w:spacing w:after="20"/>
        <w:ind w:left="369"/>
      </w:pPr>
      <w:r>
        <w:rPr>
          <w:rFonts w:ascii="Liberation Sans" w:hAnsi="Liberation Sans" w:eastAsia="Liberation Sans"/>
          <w:sz w:val="20"/>
        </w:rPr>
        <w:t>A. paplūdimyje</w:t>
      </w:r>
    </w:p>
    <w:p>
      <w:pPr>
        <w:spacing w:after="20"/>
        <w:ind w:left="369"/>
      </w:pPr>
      <w:r>
        <w:rPr>
          <w:rFonts w:ascii="Liberation Sans" w:hAnsi="Liberation Sans" w:eastAsia="Liberation Sans"/>
          <w:sz w:val="20"/>
        </w:rPr>
        <w:t>B. poliklinikoje</w:t>
      </w:r>
    </w:p>
    <w:p>
      <w:pPr>
        <w:spacing w:after="20"/>
        <w:ind w:left="369"/>
      </w:pPr>
      <w:r>
        <w:rPr>
          <w:rFonts w:ascii="Liberation Sans" w:hAnsi="Liberation Sans" w:eastAsia="Liberation Sans"/>
          <w:sz w:val="20"/>
        </w:rPr>
        <w:t>C. autobusų stotelėje</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1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2 užduotis. Ką reiškia užrašai?</w:t>
      </w:r>
    </w:p>
    <w:p>
      <w:pPr>
        <w:spacing w:after="80"/>
        <w:ind w:left="0"/>
      </w:pPr>
      <w:r>
        <w:rPr>
          <w:rFonts w:ascii="Liberation Sans" w:hAnsi="Liberation Sans" w:eastAsia="Liberation Sans"/>
          <w:b w:val="0"/>
          <w:color w:val="5A5A5A"/>
          <w:sz w:val="19"/>
        </w:rPr>
        <w:t>Perskaitykite užrašus A–H. Prie 6–10 sakinių įrašykite tinkamą raidę. Trys užrašai lieka nepanaudoti.</w:t>
      </w:r>
    </w:p>
    <w:tbl>
      <w:tblPr>
        <w:tblStyle w:val="TableGrid"/>
        <w:tblW w:type="auto" w:w="0"/>
        <w:jc w:val="center"/>
        <w:tblLook w:firstColumn="1" w:firstRow="1" w:lastColumn="0" w:lastRow="0" w:noHBand="0" w:noVBand="1" w:val="04A0"/>
      </w:tblPr>
      <w:tblGrid>
        <w:gridCol w:w="5185"/>
        <w:gridCol w:w="5185"/>
      </w:tblGrid>
      <w:tr>
        <w:tc>
          <w:tcPr>
            <w:tcW w:type="dxa" w:w="5185"/>
            <w:vAlign w:val="center"/>
            <w:tcMar>
              <w:top w:w="80" w:type="dxa"/>
              <w:start w:w="100" w:type="dxa"/>
              <w:bottom w:w="80" w:type="dxa"/>
              <w:end w:w="100" w:type="dxa"/>
            </w:tcMar>
          </w:tcPr>
          <w:p>
            <w:r>
              <w:rPr>
                <w:rFonts w:ascii="Liberation Sans" w:hAnsi="Liberation Sans" w:eastAsia="Liberation Sans"/>
                <w:b w:val="0"/>
                <w:sz w:val="19"/>
              </w:rPr>
              <w:t>A. Nemokamas pristatymas perkant už 30 €</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B. Kasa laikinai nedirba</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C. Tik iš anksto užsiregistravus</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D. Akcija galioja iki sekmadienio</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E. Prašom įeiti pro kitas duris</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F. Dviračius palikite kieme</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G. Priimame tik korteles</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H. Pertrauka 12.00–12.30</w:t>
            </w:r>
          </w:p>
        </w:tc>
      </w:tr>
    </w:tbl>
    <w:p>
      <w:pPr>
        <w:keepNext/>
        <w:spacing w:after="40"/>
      </w:pPr>
      <w:r>
        <w:rPr>
          <w:rFonts w:ascii="Liberation Sans" w:hAnsi="Liberation Sans" w:eastAsia="Liberation Sans"/>
          <w:b w:val="0"/>
          <w:sz w:val="21"/>
        </w:rPr>
        <w:t>6. Negalima mokėti grynaisiais.</w:t>
      </w:r>
    </w:p>
    <w:p>
      <w:pPr>
        <w:spacing w:after="20"/>
        <w:ind w:left="369"/>
      </w:pPr>
      <w:r>
        <w:rPr>
          <w:rFonts w:ascii="Liberation Sans" w:hAnsi="Liberation Sans" w:eastAsia="Liberation Sans"/>
          <w:sz w:val="20"/>
        </w:rPr>
        <w:t>Atsakymas: ______</w:t>
      </w:r>
    </w:p>
    <w:p>
      <w:pPr>
        <w:keepNext/>
        <w:spacing w:after="40"/>
      </w:pPr>
      <w:r>
        <w:rPr>
          <w:rFonts w:ascii="Liberation Sans" w:hAnsi="Liberation Sans" w:eastAsia="Liberation Sans"/>
          <w:b w:val="0"/>
          <w:sz w:val="21"/>
        </w:rPr>
        <w:t>7. Dabar čia negalima atsiskaityti.</w:t>
      </w:r>
    </w:p>
    <w:p>
      <w:pPr>
        <w:spacing w:after="20"/>
        <w:ind w:left="369"/>
      </w:pPr>
      <w:r>
        <w:rPr>
          <w:rFonts w:ascii="Liberation Sans" w:hAnsi="Liberation Sans" w:eastAsia="Liberation Sans"/>
          <w:sz w:val="20"/>
        </w:rPr>
        <w:t>Atsakymas: ______</w:t>
      </w:r>
    </w:p>
    <w:p>
      <w:pPr>
        <w:keepNext/>
        <w:spacing w:after="40"/>
      </w:pPr>
      <w:r>
        <w:rPr>
          <w:rFonts w:ascii="Liberation Sans" w:hAnsi="Liberation Sans" w:eastAsia="Liberation Sans"/>
          <w:b w:val="0"/>
          <w:sz w:val="21"/>
        </w:rPr>
        <w:t>8. Reikia rezervuoti laiką prieš atvykstant.</w:t>
      </w:r>
    </w:p>
    <w:p>
      <w:pPr>
        <w:spacing w:after="20"/>
        <w:ind w:left="369"/>
      </w:pPr>
      <w:r>
        <w:rPr>
          <w:rFonts w:ascii="Liberation Sans" w:hAnsi="Liberation Sans" w:eastAsia="Liberation Sans"/>
          <w:sz w:val="20"/>
        </w:rPr>
        <w:t>Atsakymas: ______</w:t>
      </w:r>
    </w:p>
    <w:p>
      <w:pPr>
        <w:keepNext/>
        <w:spacing w:after="40"/>
      </w:pPr>
      <w:r>
        <w:rPr>
          <w:rFonts w:ascii="Liberation Sans" w:hAnsi="Liberation Sans" w:eastAsia="Liberation Sans"/>
          <w:b w:val="0"/>
          <w:sz w:val="21"/>
        </w:rPr>
        <w:t>9. Nuolaida baigsis po kelių dienų.</w:t>
      </w:r>
    </w:p>
    <w:p>
      <w:pPr>
        <w:spacing w:after="20"/>
        <w:ind w:left="369"/>
      </w:pPr>
      <w:r>
        <w:rPr>
          <w:rFonts w:ascii="Liberation Sans" w:hAnsi="Liberation Sans" w:eastAsia="Liberation Sans"/>
          <w:sz w:val="20"/>
        </w:rPr>
        <w:t>Atsakymas: ______</w:t>
      </w:r>
    </w:p>
    <w:p>
      <w:pPr>
        <w:keepNext/>
        <w:spacing w:after="40"/>
      </w:pPr>
      <w:r>
        <w:rPr>
          <w:rFonts w:ascii="Liberation Sans" w:hAnsi="Liberation Sans" w:eastAsia="Liberation Sans"/>
          <w:b w:val="0"/>
          <w:sz w:val="21"/>
        </w:rPr>
        <w:t>10. Šios durys nenaudojamos.</w:t>
      </w:r>
    </w:p>
    <w:p>
      <w:pPr>
        <w:spacing w:after="20"/>
        <w:ind w:left="369"/>
      </w:pPr>
      <w:r>
        <w:rPr>
          <w:rFonts w:ascii="Liberation Sans" w:hAnsi="Liberation Sans" w:eastAsia="Liberation Sans"/>
          <w:sz w:val="20"/>
        </w:rPr>
        <w:t>Atsakymas: ______</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2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3 užduotis. Perskaitykite informaciją</w:t>
      </w:r>
    </w:p>
    <w:tbl>
      <w:tblPr>
        <w:tblStyle w:val="TableGrid"/>
        <w:tblW w:type="auto" w:w="0"/>
        <w:tblLook w:firstColumn="1" w:firstRow="1" w:lastColumn="0" w:lastRow="0" w:noHBand="0" w:noVBand="1" w:val="04A0"/>
      </w:tblPr>
      <w:tblGrid>
        <w:gridCol w:w="10370"/>
      </w:tblGrid>
      <w:tr>
        <w:tc>
          <w:tcPr>
            <w:tcW w:type="dxa" w:w="10370"/>
            <w:shd w:fill="F7F7F7"/>
            <w:tcMar>
              <w:top w:w="160" w:type="dxa"/>
              <w:start w:w="180" w:type="dxa"/>
              <w:bottom w:w="160" w:type="dxa"/>
              <w:end w:w="180" w:type="dxa"/>
            </w:tcMar>
          </w:tcPr>
          <w:p>
            <w:pPr>
              <w:jc w:val="center"/>
            </w:pPr>
            <w:r>
              <w:rPr>
                <w:rFonts w:ascii="Liberation Sans" w:hAnsi="Liberation Sans" w:eastAsia="Liberation Sans"/>
                <w:b/>
                <w:sz w:val="26"/>
              </w:rPr>
              <w:t>NEMOKAMA SVEIKATOS PATIKRA</w:t>
              <w:br/>
            </w:r>
            <w:r>
              <w:rPr>
                <w:rFonts w:ascii="Liberation Sans" w:hAnsi="Liberation Sans" w:eastAsia="Liberation Sans"/>
                <w:b w:val="0"/>
                <w:sz w:val="20"/>
              </w:rPr>
              <w:t>Šeštadienį, rugsėjo 28 d., 10.00–14.00 val.</w:t>
              <w:br/>
            </w:r>
            <w:r>
              <w:rPr>
                <w:rFonts w:ascii="Liberation Sans" w:hAnsi="Liberation Sans" w:eastAsia="Liberation Sans"/>
                <w:b w:val="0"/>
                <w:sz w:val="20"/>
              </w:rPr>
              <w:t>Naujamiesčio poliklinikoje, Kauno g. 15, Vilniuje</w:t>
              <w:br/>
            </w:r>
            <w:r>
              <w:rPr>
                <w:rFonts w:ascii="Liberation Sans" w:hAnsi="Liberation Sans" w:eastAsia="Liberation Sans"/>
                <w:b w:val="0"/>
                <w:sz w:val="19"/>
              </w:rPr>
              <w:t>Galėsite pasimatuoti kraujospūdį, pasitikrinti gliukozės kiekį kraujyje ir trumpai pasikonsultuoti su gydytoju.</w:t>
              <w:br/>
            </w:r>
            <w:r>
              <w:rPr>
                <w:rFonts w:ascii="Liberation Sans" w:hAnsi="Liberation Sans" w:eastAsia="Liberation Sans"/>
                <w:b w:val="0"/>
                <w:sz w:val="19"/>
              </w:rPr>
              <w:t>Registracija telefonu 8 600 12345 iki rugsėjo 26 d. Dalyvavimas nemokamas. Atsineškite asmens dokumentą.</w:t>
              <w:br/>
            </w:r>
          </w:p>
        </w:tc>
      </w:tr>
    </w:tbl>
    <w:p>
      <w:pPr>
        <w:spacing w:after="60"/>
        <w:ind w:left="0"/>
      </w:pPr>
      <w:r>
        <w:rPr>
          <w:rFonts w:ascii="Liberation Sans" w:hAnsi="Liberation Sans" w:eastAsia="Liberation Sans"/>
          <w:b w:val="0"/>
          <w:color w:val="5A5A5A"/>
          <w:sz w:val="19"/>
        </w:rPr>
        <w:t>Pažymėkite teisingą atsakymą.</w:t>
      </w:r>
    </w:p>
    <w:p>
      <w:pPr>
        <w:keepNext/>
        <w:spacing w:after="40"/>
      </w:pPr>
      <w:r>
        <w:rPr>
          <w:rFonts w:ascii="Liberation Sans" w:hAnsi="Liberation Sans" w:eastAsia="Liberation Sans"/>
          <w:b w:val="0"/>
          <w:sz w:val="21"/>
        </w:rPr>
        <w:t>11. Kada vyks patikra?</w:t>
      </w:r>
    </w:p>
    <w:p>
      <w:pPr>
        <w:spacing w:after="20"/>
        <w:ind w:left="369"/>
      </w:pPr>
      <w:r>
        <w:rPr>
          <w:rFonts w:ascii="Liberation Sans" w:hAnsi="Liberation Sans" w:eastAsia="Liberation Sans"/>
          <w:sz w:val="20"/>
        </w:rPr>
        <w:t>A. rugsėjo 26 d.</w:t>
      </w:r>
    </w:p>
    <w:p>
      <w:pPr>
        <w:spacing w:after="20"/>
        <w:ind w:left="369"/>
      </w:pPr>
      <w:r>
        <w:rPr>
          <w:rFonts w:ascii="Liberation Sans" w:hAnsi="Liberation Sans" w:eastAsia="Liberation Sans"/>
          <w:sz w:val="20"/>
        </w:rPr>
        <w:t>B. rugsėjo 28 d.</w:t>
      </w:r>
    </w:p>
    <w:p>
      <w:pPr>
        <w:spacing w:after="20"/>
        <w:ind w:left="369"/>
      </w:pPr>
      <w:r>
        <w:rPr>
          <w:rFonts w:ascii="Liberation Sans" w:hAnsi="Liberation Sans" w:eastAsia="Liberation Sans"/>
          <w:sz w:val="20"/>
        </w:rPr>
        <w:t>C. spalio 28 d.</w:t>
      </w:r>
    </w:p>
    <w:p>
      <w:pPr>
        <w:keepNext/>
        <w:spacing w:after="40"/>
      </w:pPr>
      <w:r>
        <w:rPr>
          <w:rFonts w:ascii="Liberation Sans" w:hAnsi="Liberation Sans" w:eastAsia="Liberation Sans"/>
          <w:b w:val="0"/>
          <w:sz w:val="21"/>
        </w:rPr>
        <w:t>12. Kur vyks patikra?</w:t>
      </w:r>
    </w:p>
    <w:p>
      <w:pPr>
        <w:spacing w:after="20"/>
        <w:ind w:left="369"/>
      </w:pPr>
      <w:r>
        <w:rPr>
          <w:rFonts w:ascii="Liberation Sans" w:hAnsi="Liberation Sans" w:eastAsia="Liberation Sans"/>
          <w:sz w:val="20"/>
        </w:rPr>
        <w:t>A. Naujamiesčio poliklinikoje</w:t>
      </w:r>
    </w:p>
    <w:p>
      <w:pPr>
        <w:spacing w:after="20"/>
        <w:ind w:left="369"/>
      </w:pPr>
      <w:r>
        <w:rPr>
          <w:rFonts w:ascii="Liberation Sans" w:hAnsi="Liberation Sans" w:eastAsia="Liberation Sans"/>
          <w:sz w:val="20"/>
        </w:rPr>
        <w:t>B. sporto klube</w:t>
      </w:r>
    </w:p>
    <w:p>
      <w:pPr>
        <w:spacing w:after="20"/>
        <w:ind w:left="369"/>
      </w:pPr>
      <w:r>
        <w:rPr>
          <w:rFonts w:ascii="Liberation Sans" w:hAnsi="Liberation Sans" w:eastAsia="Liberation Sans"/>
          <w:sz w:val="20"/>
        </w:rPr>
        <w:t>C. vaistinėje</w:t>
      </w:r>
    </w:p>
    <w:p>
      <w:pPr>
        <w:keepNext/>
        <w:spacing w:after="40"/>
      </w:pPr>
      <w:r>
        <w:rPr>
          <w:rFonts w:ascii="Liberation Sans" w:hAnsi="Liberation Sans" w:eastAsia="Liberation Sans"/>
          <w:b w:val="0"/>
          <w:sz w:val="21"/>
        </w:rPr>
        <w:t>13. Ko negalėsite pasitikrinti?</w:t>
      </w:r>
    </w:p>
    <w:p>
      <w:pPr>
        <w:spacing w:after="20"/>
        <w:ind w:left="369"/>
      </w:pPr>
      <w:r>
        <w:rPr>
          <w:rFonts w:ascii="Liberation Sans" w:hAnsi="Liberation Sans" w:eastAsia="Liberation Sans"/>
          <w:sz w:val="20"/>
        </w:rPr>
        <w:t>A. kraujospūdžio</w:t>
      </w:r>
    </w:p>
    <w:p>
      <w:pPr>
        <w:spacing w:after="20"/>
        <w:ind w:left="369"/>
      </w:pPr>
      <w:r>
        <w:rPr>
          <w:rFonts w:ascii="Liberation Sans" w:hAnsi="Liberation Sans" w:eastAsia="Liberation Sans"/>
          <w:sz w:val="20"/>
        </w:rPr>
        <w:t>B. gliukozės kiekio</w:t>
      </w:r>
    </w:p>
    <w:p>
      <w:pPr>
        <w:spacing w:after="20"/>
        <w:ind w:left="369"/>
      </w:pPr>
      <w:r>
        <w:rPr>
          <w:rFonts w:ascii="Liberation Sans" w:hAnsi="Liberation Sans" w:eastAsia="Liberation Sans"/>
          <w:sz w:val="20"/>
        </w:rPr>
        <w:t>C. regėjimo</w:t>
      </w:r>
    </w:p>
    <w:p>
      <w:pPr>
        <w:keepNext/>
        <w:spacing w:after="40"/>
      </w:pPr>
      <w:r>
        <w:rPr>
          <w:rFonts w:ascii="Liberation Sans" w:hAnsi="Liberation Sans" w:eastAsia="Liberation Sans"/>
          <w:b w:val="0"/>
          <w:sz w:val="21"/>
        </w:rPr>
        <w:t>14. Iki kada reikia užsiregistruoti?</w:t>
      </w:r>
    </w:p>
    <w:p>
      <w:pPr>
        <w:spacing w:after="20"/>
        <w:ind w:left="369"/>
      </w:pPr>
      <w:r>
        <w:rPr>
          <w:rFonts w:ascii="Liberation Sans" w:hAnsi="Liberation Sans" w:eastAsia="Liberation Sans"/>
          <w:sz w:val="20"/>
        </w:rPr>
        <w:t>A. iki rugsėjo 26 d.</w:t>
      </w:r>
    </w:p>
    <w:p>
      <w:pPr>
        <w:spacing w:after="20"/>
        <w:ind w:left="369"/>
      </w:pPr>
      <w:r>
        <w:rPr>
          <w:rFonts w:ascii="Liberation Sans" w:hAnsi="Liberation Sans" w:eastAsia="Liberation Sans"/>
          <w:sz w:val="20"/>
        </w:rPr>
        <w:t>B. iki rugsėjo 28 d.</w:t>
      </w:r>
    </w:p>
    <w:p>
      <w:pPr>
        <w:spacing w:after="20"/>
        <w:ind w:left="369"/>
      </w:pPr>
      <w:r>
        <w:rPr>
          <w:rFonts w:ascii="Liberation Sans" w:hAnsi="Liberation Sans" w:eastAsia="Liberation Sans"/>
          <w:sz w:val="20"/>
        </w:rPr>
        <w:t>C. registruotis nereikia</w:t>
      </w:r>
    </w:p>
    <w:p>
      <w:pPr>
        <w:keepNext/>
        <w:spacing w:after="40"/>
      </w:pPr>
      <w:r>
        <w:rPr>
          <w:rFonts w:ascii="Liberation Sans" w:hAnsi="Liberation Sans" w:eastAsia="Liberation Sans"/>
          <w:b w:val="0"/>
          <w:sz w:val="21"/>
        </w:rPr>
        <w:t>15. Ką reikia atsinešti?</w:t>
      </w:r>
    </w:p>
    <w:p>
      <w:pPr>
        <w:spacing w:after="20"/>
        <w:ind w:left="369"/>
      </w:pPr>
      <w:r>
        <w:rPr>
          <w:rFonts w:ascii="Liberation Sans" w:hAnsi="Liberation Sans" w:eastAsia="Liberation Sans"/>
          <w:sz w:val="20"/>
        </w:rPr>
        <w:t>A. vaistų receptą</w:t>
      </w:r>
    </w:p>
    <w:p>
      <w:pPr>
        <w:spacing w:after="20"/>
        <w:ind w:left="369"/>
      </w:pPr>
      <w:r>
        <w:rPr>
          <w:rFonts w:ascii="Liberation Sans" w:hAnsi="Liberation Sans" w:eastAsia="Liberation Sans"/>
          <w:sz w:val="20"/>
        </w:rPr>
        <w:t>B. asmens dokumentą</w:t>
      </w:r>
    </w:p>
    <w:p>
      <w:pPr>
        <w:spacing w:after="20"/>
        <w:ind w:left="369"/>
      </w:pPr>
      <w:r>
        <w:rPr>
          <w:rFonts w:ascii="Liberation Sans" w:hAnsi="Liberation Sans" w:eastAsia="Liberation Sans"/>
          <w:sz w:val="20"/>
        </w:rPr>
        <w:t>C. sportinę aprangą</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3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4 užduotis. Perskaitykite tekstą</w:t>
      </w:r>
    </w:p>
    <w:p>
      <w:pPr>
        <w:spacing w:after="120"/>
      </w:pPr>
      <w:r>
        <w:rPr>
          <w:rFonts w:ascii="Liberation Sans" w:hAnsi="Liberation Sans" w:eastAsia="Liberation Sans"/>
          <w:sz w:val="20"/>
        </w:rPr>
        <w:t>Danielis į Lietuvą atvyko prieš aštuonis mėnesius. Pirmus du mėnesius jis gyveno Vilniuje pas draugą, o vėliau gavo darbą klientų aptarnavimo centre Kaune ir persikėlė ten. Danielis dirba nuo pirmadienio iki penktadienio, nuo 9.00 iki 17.30. Tris dienas per savaitę jis dirba biure, o dvi dienas – iš namų. Jo butas yra maždaug penkiolika minučių autobusu nuo darbo. Kai geras oras, Danielis į darbą važiuoja dviračiu.</w:t>
        <w:br/>
        <w:br/>
        <w:t>Antradieniais ir ketvirtadieniais 18.30 val. jis internetu mokosi lietuvių kalbos. Iš pradžių jam buvo sunku suprasti žodžių galūnes, bet dabar jis jau gali užsisakyti maisto, paklausti kelio ir paprastai paaiškinti vaistinėje, ko jam reikia. Su kolegomis jis dar dažnai kalba angliškai, tačiau kiekvieną savaitę stengiasi vartoti vis daugiau lietuviškų frazių.</w:t>
        <w:br/>
        <w:br/>
        <w:t>Savaitgaliais Danielis dažnai eina į turgų, gamina maistą ir susitinka su draugais. Šį šeštadienį į turgų jis neis, nes važiuos traukiniu į Vilnių į kolegos gimtadienį. Į Kauną grįš sekmadienio vakare. Automobilio Danielis neturi ir kol kas sako, kad jo jam nereikia.</w:t>
      </w:r>
    </w:p>
    <w:p>
      <w:pPr>
        <w:spacing w:after="60"/>
        <w:ind w:left="0"/>
      </w:pPr>
      <w:r>
        <w:rPr>
          <w:rFonts w:ascii="Liberation Sans" w:hAnsi="Liberation Sans" w:eastAsia="Liberation Sans"/>
          <w:b w:val="0"/>
          <w:color w:val="5A5A5A"/>
          <w:sz w:val="19"/>
        </w:rPr>
        <w:t>Pažymėkite: A – taip, B – ne, C – tekste neparašyta.</w:t>
      </w:r>
    </w:p>
    <w:p>
      <w:pPr>
        <w:keepNext/>
        <w:spacing w:after="40"/>
      </w:pPr>
      <w:r>
        <w:rPr>
          <w:rFonts w:ascii="Liberation Sans" w:hAnsi="Liberation Sans" w:eastAsia="Liberation Sans"/>
          <w:b w:val="0"/>
          <w:sz w:val="21"/>
        </w:rPr>
        <w:t>16. Danielis Lietuvoje gyvena trumpiau negu vienerius metus.</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17. Vilniuje Danielis gyveno vienas.</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18. Danielis kiekvieną darbo dieną dirba biure.</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19. Nuo Danielio namų iki darbo autobusu važiuoti apie penkiolika minučių.</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20. Lietuvių kalbos pamokos vyksta pirmadieniais ir trečiadieniais.</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21. Danielio lietuvių kalbos mokytoja yra iš Kauno.</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22. Danielis jau gali lietuviškai susitvarkyti keliose paprastose kasdienėse situacijose.</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23. Danielis kiekvieną savaitgalį būtinai eina į turgų.</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24. Šį šeštadienį Danielis važiuos traukiniu į Vilnių.</w:t>
      </w:r>
    </w:p>
    <w:p>
      <w:pPr>
        <w:spacing w:after="20"/>
        <w:ind w:left="369"/>
      </w:pPr>
      <w:r>
        <w:rPr>
          <w:rFonts w:ascii="Liberation Sans" w:hAnsi="Liberation Sans" w:eastAsia="Liberation Sans"/>
          <w:sz w:val="20"/>
        </w:rPr>
        <w:t>A. Taip    B. Ne    C. Tekste neparašyta</w:t>
      </w:r>
    </w:p>
    <w:p>
      <w:pPr>
        <w:keepNext/>
        <w:spacing w:after="40"/>
      </w:pPr>
      <w:r>
        <w:rPr>
          <w:rFonts w:ascii="Liberation Sans" w:hAnsi="Liberation Sans" w:eastAsia="Liberation Sans"/>
          <w:b w:val="0"/>
          <w:sz w:val="21"/>
        </w:rPr>
        <w:t>25. Danielis kitą mėnesį planuoja pirkti automobilį.</w:t>
      </w:r>
    </w:p>
    <w:p>
      <w:pPr>
        <w:spacing w:after="20"/>
        <w:ind w:left="369"/>
      </w:pPr>
      <w:r>
        <w:rPr>
          <w:rFonts w:ascii="Liberation Sans" w:hAnsi="Liberation Sans" w:eastAsia="Liberation Sans"/>
          <w:sz w:val="20"/>
        </w:rPr>
        <w:t>A. Taip    B. Ne    C. Tekste neparašyta</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4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r>
        <w:br w:type="page"/>
      </w:r>
    </w:p>
    <w:p>
      <w:pPr>
        <w:pStyle w:val="Heading1"/>
        <w:keepNext/>
      </w:pPr>
      <w:r>
        <w:t>II DALIS. KALBOS VARTOJIMAS IR GRAMATIKA</w:t>
      </w:r>
    </w:p>
    <w:p>
      <w:pPr>
        <w:spacing w:after="160"/>
        <w:ind w:left="0"/>
      </w:pPr>
      <w:r>
        <w:rPr>
          <w:rFonts w:ascii="Liberation Sans" w:hAnsi="Liberation Sans" w:eastAsia="Liberation Sans"/>
          <w:b/>
          <w:color w:val="124B52"/>
          <w:sz w:val="20"/>
        </w:rPr>
        <w:t>30 taškų</w:t>
      </w:r>
    </w:p>
    <w:p>
      <w:pPr>
        <w:pStyle w:val="Heading2"/>
        <w:keepNext/>
      </w:pPr>
      <w:r>
        <w:t>5 užduotis. Pasirinkite tinkamą formą</w:t>
      </w:r>
    </w:p>
    <w:p>
      <w:pPr>
        <w:keepNext/>
        <w:spacing w:after="40"/>
      </w:pPr>
      <w:r>
        <w:rPr>
          <w:rFonts w:ascii="Liberation Sans" w:hAnsi="Liberation Sans" w:eastAsia="Liberation Sans"/>
          <w:b w:val="0"/>
          <w:sz w:val="21"/>
        </w:rPr>
        <w:t>26. Aš gyvenu ___.</w:t>
      </w:r>
    </w:p>
    <w:p>
      <w:pPr>
        <w:spacing w:after="20"/>
        <w:ind w:left="369"/>
      </w:pPr>
      <w:r>
        <w:rPr>
          <w:rFonts w:ascii="Liberation Sans" w:hAnsi="Liberation Sans" w:eastAsia="Liberation Sans"/>
          <w:sz w:val="20"/>
        </w:rPr>
        <w:t>A. Vilnius</w:t>
      </w:r>
    </w:p>
    <w:p>
      <w:pPr>
        <w:spacing w:after="20"/>
        <w:ind w:left="369"/>
      </w:pPr>
      <w:r>
        <w:rPr>
          <w:rFonts w:ascii="Liberation Sans" w:hAnsi="Liberation Sans" w:eastAsia="Liberation Sans"/>
          <w:sz w:val="20"/>
        </w:rPr>
        <w:t>B. Vilniuje</w:t>
      </w:r>
    </w:p>
    <w:p>
      <w:pPr>
        <w:spacing w:after="20"/>
        <w:ind w:left="369"/>
      </w:pPr>
      <w:r>
        <w:rPr>
          <w:rFonts w:ascii="Liberation Sans" w:hAnsi="Liberation Sans" w:eastAsia="Liberation Sans"/>
          <w:sz w:val="20"/>
        </w:rPr>
        <w:t>C. Vilniaus</w:t>
      </w:r>
    </w:p>
    <w:p>
      <w:pPr>
        <w:keepNext/>
        <w:spacing w:after="40"/>
      </w:pPr>
      <w:r>
        <w:rPr>
          <w:rFonts w:ascii="Liberation Sans" w:hAnsi="Liberation Sans" w:eastAsia="Liberation Sans"/>
          <w:b w:val="0"/>
          <w:sz w:val="21"/>
        </w:rPr>
        <w:t>27. Ryte važiuoju ___ darbą.</w:t>
      </w:r>
    </w:p>
    <w:p>
      <w:pPr>
        <w:spacing w:after="20"/>
        <w:ind w:left="369"/>
      </w:pPr>
      <w:r>
        <w:rPr>
          <w:rFonts w:ascii="Liberation Sans" w:hAnsi="Liberation Sans" w:eastAsia="Liberation Sans"/>
          <w:sz w:val="20"/>
        </w:rPr>
        <w:t>A. į</w:t>
      </w:r>
    </w:p>
    <w:p>
      <w:pPr>
        <w:spacing w:after="20"/>
        <w:ind w:left="369"/>
      </w:pPr>
      <w:r>
        <w:rPr>
          <w:rFonts w:ascii="Liberation Sans" w:hAnsi="Liberation Sans" w:eastAsia="Liberation Sans"/>
          <w:sz w:val="20"/>
        </w:rPr>
        <w:t>B. iš</w:t>
      </w:r>
    </w:p>
    <w:p>
      <w:pPr>
        <w:spacing w:after="20"/>
        <w:ind w:left="369"/>
      </w:pPr>
      <w:r>
        <w:rPr>
          <w:rFonts w:ascii="Liberation Sans" w:hAnsi="Liberation Sans" w:eastAsia="Liberation Sans"/>
          <w:sz w:val="20"/>
        </w:rPr>
        <w:t>C. prie</w:t>
      </w:r>
    </w:p>
    <w:p>
      <w:pPr>
        <w:keepNext/>
        <w:spacing w:after="40"/>
      </w:pPr>
      <w:r>
        <w:rPr>
          <w:rFonts w:ascii="Liberation Sans" w:hAnsi="Liberation Sans" w:eastAsia="Liberation Sans"/>
          <w:b w:val="0"/>
          <w:sz w:val="21"/>
        </w:rPr>
        <w:t>28. Čia nėra ___.</w:t>
      </w:r>
    </w:p>
    <w:p>
      <w:pPr>
        <w:spacing w:after="20"/>
        <w:ind w:left="369"/>
      </w:pPr>
      <w:r>
        <w:rPr>
          <w:rFonts w:ascii="Liberation Sans" w:hAnsi="Liberation Sans" w:eastAsia="Liberation Sans"/>
          <w:sz w:val="20"/>
        </w:rPr>
        <w:t>A. vaistinė</w:t>
      </w:r>
    </w:p>
    <w:p>
      <w:pPr>
        <w:spacing w:after="20"/>
        <w:ind w:left="369"/>
      </w:pPr>
      <w:r>
        <w:rPr>
          <w:rFonts w:ascii="Liberation Sans" w:hAnsi="Liberation Sans" w:eastAsia="Liberation Sans"/>
          <w:sz w:val="20"/>
        </w:rPr>
        <w:t>B. vaistinę</w:t>
      </w:r>
    </w:p>
    <w:p>
      <w:pPr>
        <w:spacing w:after="20"/>
        <w:ind w:left="369"/>
      </w:pPr>
      <w:r>
        <w:rPr>
          <w:rFonts w:ascii="Liberation Sans" w:hAnsi="Liberation Sans" w:eastAsia="Liberation Sans"/>
          <w:sz w:val="20"/>
        </w:rPr>
        <w:t>C. vaistinės</w:t>
      </w:r>
    </w:p>
    <w:p>
      <w:pPr>
        <w:keepNext/>
        <w:spacing w:after="40"/>
      </w:pPr>
      <w:r>
        <w:rPr>
          <w:rFonts w:ascii="Liberation Sans" w:hAnsi="Liberation Sans" w:eastAsia="Liberation Sans"/>
          <w:b w:val="0"/>
          <w:sz w:val="21"/>
        </w:rPr>
        <w:t>29. Aš kasdien ___ lietuviškai.</w:t>
      </w:r>
    </w:p>
    <w:p>
      <w:pPr>
        <w:spacing w:after="20"/>
        <w:ind w:left="369"/>
      </w:pPr>
      <w:r>
        <w:rPr>
          <w:rFonts w:ascii="Liberation Sans" w:hAnsi="Liberation Sans" w:eastAsia="Liberation Sans"/>
          <w:sz w:val="20"/>
        </w:rPr>
        <w:t>A. kalbu</w:t>
      </w:r>
    </w:p>
    <w:p>
      <w:pPr>
        <w:spacing w:after="20"/>
        <w:ind w:left="369"/>
      </w:pPr>
      <w:r>
        <w:rPr>
          <w:rFonts w:ascii="Liberation Sans" w:hAnsi="Liberation Sans" w:eastAsia="Liberation Sans"/>
          <w:sz w:val="20"/>
        </w:rPr>
        <w:t>B. kalbi</w:t>
      </w:r>
    </w:p>
    <w:p>
      <w:pPr>
        <w:spacing w:after="20"/>
        <w:ind w:left="369"/>
      </w:pPr>
      <w:r>
        <w:rPr>
          <w:rFonts w:ascii="Liberation Sans" w:hAnsi="Liberation Sans" w:eastAsia="Liberation Sans"/>
          <w:sz w:val="20"/>
        </w:rPr>
        <w:t>C. kalba</w:t>
      </w:r>
    </w:p>
    <w:p>
      <w:pPr>
        <w:keepNext/>
        <w:spacing w:after="40"/>
      </w:pPr>
      <w:r>
        <w:rPr>
          <w:rFonts w:ascii="Liberation Sans" w:hAnsi="Liberation Sans" w:eastAsia="Liberation Sans"/>
          <w:b w:val="0"/>
          <w:sz w:val="21"/>
        </w:rPr>
        <w:t>30. Vakar ___ draugą mieste.</w:t>
      </w:r>
    </w:p>
    <w:p>
      <w:pPr>
        <w:spacing w:after="20"/>
        <w:ind w:left="369"/>
      </w:pPr>
      <w:r>
        <w:rPr>
          <w:rFonts w:ascii="Liberation Sans" w:hAnsi="Liberation Sans" w:eastAsia="Liberation Sans"/>
          <w:sz w:val="20"/>
        </w:rPr>
        <w:t>A. matau</w:t>
      </w:r>
    </w:p>
    <w:p>
      <w:pPr>
        <w:spacing w:after="20"/>
        <w:ind w:left="369"/>
      </w:pPr>
      <w:r>
        <w:rPr>
          <w:rFonts w:ascii="Liberation Sans" w:hAnsi="Liberation Sans" w:eastAsia="Liberation Sans"/>
          <w:sz w:val="20"/>
        </w:rPr>
        <w:t>B. mačiau</w:t>
      </w:r>
    </w:p>
    <w:p>
      <w:pPr>
        <w:spacing w:after="20"/>
        <w:ind w:left="369"/>
      </w:pPr>
      <w:r>
        <w:rPr>
          <w:rFonts w:ascii="Liberation Sans" w:hAnsi="Liberation Sans" w:eastAsia="Liberation Sans"/>
          <w:sz w:val="20"/>
        </w:rPr>
        <w:t>C. matysiu</w:t>
      </w:r>
    </w:p>
    <w:p>
      <w:pPr>
        <w:keepNext/>
        <w:spacing w:after="40"/>
      </w:pPr>
      <w:r>
        <w:rPr>
          <w:rFonts w:ascii="Liberation Sans" w:hAnsi="Liberation Sans" w:eastAsia="Liberation Sans"/>
          <w:b w:val="0"/>
          <w:sz w:val="21"/>
        </w:rPr>
        <w:t>31. Rytoj ___ pas gydytoją.</w:t>
      </w:r>
    </w:p>
    <w:p>
      <w:pPr>
        <w:spacing w:after="20"/>
        <w:ind w:left="369"/>
      </w:pPr>
      <w:r>
        <w:rPr>
          <w:rFonts w:ascii="Liberation Sans" w:hAnsi="Liberation Sans" w:eastAsia="Liberation Sans"/>
          <w:sz w:val="20"/>
        </w:rPr>
        <w:t>A. ėjau</w:t>
      </w:r>
    </w:p>
    <w:p>
      <w:pPr>
        <w:spacing w:after="20"/>
        <w:ind w:left="369"/>
      </w:pPr>
      <w:r>
        <w:rPr>
          <w:rFonts w:ascii="Liberation Sans" w:hAnsi="Liberation Sans" w:eastAsia="Liberation Sans"/>
          <w:sz w:val="20"/>
        </w:rPr>
        <w:t>B. eisiu</w:t>
      </w:r>
    </w:p>
    <w:p>
      <w:pPr>
        <w:spacing w:after="20"/>
        <w:ind w:left="369"/>
      </w:pPr>
      <w:r>
        <w:rPr>
          <w:rFonts w:ascii="Liberation Sans" w:hAnsi="Liberation Sans" w:eastAsia="Liberation Sans"/>
          <w:sz w:val="20"/>
        </w:rPr>
        <w:t>C. einate</w:t>
      </w:r>
    </w:p>
    <w:p>
      <w:pPr>
        <w:keepNext/>
        <w:spacing w:after="40"/>
      </w:pPr>
      <w:r>
        <w:rPr>
          <w:rFonts w:ascii="Liberation Sans" w:hAnsi="Liberation Sans" w:eastAsia="Liberation Sans"/>
          <w:b w:val="0"/>
          <w:sz w:val="21"/>
        </w:rPr>
        <w:t>32. Man reikia ___.</w:t>
      </w:r>
    </w:p>
    <w:p>
      <w:pPr>
        <w:spacing w:after="20"/>
        <w:ind w:left="369"/>
      </w:pPr>
      <w:r>
        <w:rPr>
          <w:rFonts w:ascii="Liberation Sans" w:hAnsi="Liberation Sans" w:eastAsia="Liberation Sans"/>
          <w:sz w:val="20"/>
        </w:rPr>
        <w:t>A. bilietas</w:t>
      </w:r>
    </w:p>
    <w:p>
      <w:pPr>
        <w:spacing w:after="20"/>
        <w:ind w:left="369"/>
      </w:pPr>
      <w:r>
        <w:rPr>
          <w:rFonts w:ascii="Liberation Sans" w:hAnsi="Liberation Sans" w:eastAsia="Liberation Sans"/>
          <w:sz w:val="20"/>
        </w:rPr>
        <w:t>B. bilietą</w:t>
      </w:r>
    </w:p>
    <w:p>
      <w:pPr>
        <w:spacing w:after="20"/>
        <w:ind w:left="369"/>
      </w:pPr>
      <w:r>
        <w:rPr>
          <w:rFonts w:ascii="Liberation Sans" w:hAnsi="Liberation Sans" w:eastAsia="Liberation Sans"/>
          <w:sz w:val="20"/>
        </w:rPr>
        <w:t>C. bilieto</w:t>
      </w:r>
    </w:p>
    <w:p>
      <w:pPr>
        <w:keepNext/>
        <w:spacing w:after="40"/>
      </w:pPr>
      <w:r>
        <w:rPr>
          <w:rFonts w:ascii="Liberation Sans" w:hAnsi="Liberation Sans" w:eastAsia="Liberation Sans"/>
          <w:b w:val="0"/>
          <w:sz w:val="21"/>
        </w:rPr>
        <w:t>33. Ji geria arbatą ___ cukraus.</w:t>
      </w:r>
    </w:p>
    <w:p>
      <w:pPr>
        <w:spacing w:after="20"/>
        <w:ind w:left="369"/>
      </w:pPr>
      <w:r>
        <w:rPr>
          <w:rFonts w:ascii="Liberation Sans" w:hAnsi="Liberation Sans" w:eastAsia="Liberation Sans"/>
          <w:sz w:val="20"/>
        </w:rPr>
        <w:t>A. be</w:t>
      </w:r>
    </w:p>
    <w:p>
      <w:pPr>
        <w:spacing w:after="20"/>
        <w:ind w:left="369"/>
      </w:pPr>
      <w:r>
        <w:rPr>
          <w:rFonts w:ascii="Liberation Sans" w:hAnsi="Liberation Sans" w:eastAsia="Liberation Sans"/>
          <w:sz w:val="20"/>
        </w:rPr>
        <w:t>B. į</w:t>
      </w:r>
    </w:p>
    <w:p>
      <w:pPr>
        <w:spacing w:after="20"/>
        <w:ind w:left="369"/>
      </w:pPr>
      <w:r>
        <w:rPr>
          <w:rFonts w:ascii="Liberation Sans" w:hAnsi="Liberation Sans" w:eastAsia="Liberation Sans"/>
          <w:sz w:val="20"/>
        </w:rPr>
        <w:t>C. per</w:t>
      </w:r>
    </w:p>
    <w:p>
      <w:pPr>
        <w:keepNext/>
        <w:spacing w:after="40"/>
      </w:pPr>
      <w:r>
        <w:rPr>
          <w:rFonts w:ascii="Liberation Sans" w:hAnsi="Liberation Sans" w:eastAsia="Liberation Sans"/>
          <w:b w:val="0"/>
          <w:sz w:val="21"/>
        </w:rPr>
        <w:t>34. Tomai, ___ man žinutę.</w:t>
      </w:r>
    </w:p>
    <w:p>
      <w:pPr>
        <w:spacing w:after="20"/>
        <w:ind w:left="369"/>
      </w:pPr>
      <w:r>
        <w:rPr>
          <w:rFonts w:ascii="Liberation Sans" w:hAnsi="Liberation Sans" w:eastAsia="Liberation Sans"/>
          <w:sz w:val="20"/>
        </w:rPr>
        <w:t>A. atsiųsk</w:t>
      </w:r>
    </w:p>
    <w:p>
      <w:pPr>
        <w:spacing w:after="20"/>
        <w:ind w:left="369"/>
      </w:pPr>
      <w:r>
        <w:rPr>
          <w:rFonts w:ascii="Liberation Sans" w:hAnsi="Liberation Sans" w:eastAsia="Liberation Sans"/>
          <w:sz w:val="20"/>
        </w:rPr>
        <w:t>B. atsiunčia</w:t>
      </w:r>
    </w:p>
    <w:p>
      <w:pPr>
        <w:spacing w:after="20"/>
        <w:ind w:left="369"/>
      </w:pPr>
      <w:r>
        <w:rPr>
          <w:rFonts w:ascii="Liberation Sans" w:hAnsi="Liberation Sans" w:eastAsia="Liberation Sans"/>
          <w:sz w:val="20"/>
        </w:rPr>
        <w:t>C. atsiuntei</w:t>
      </w:r>
    </w:p>
    <w:p>
      <w:pPr>
        <w:keepNext/>
        <w:spacing w:after="40"/>
      </w:pPr>
      <w:r>
        <w:rPr>
          <w:rFonts w:ascii="Liberation Sans" w:hAnsi="Liberation Sans" w:eastAsia="Liberation Sans"/>
          <w:b w:val="0"/>
          <w:sz w:val="21"/>
        </w:rPr>
        <w:t>35. Mano sesuo yra ___ už mane.</w:t>
      </w:r>
    </w:p>
    <w:p>
      <w:pPr>
        <w:spacing w:after="20"/>
        <w:ind w:left="369"/>
      </w:pPr>
      <w:r>
        <w:rPr>
          <w:rFonts w:ascii="Liberation Sans" w:hAnsi="Liberation Sans" w:eastAsia="Liberation Sans"/>
          <w:sz w:val="20"/>
        </w:rPr>
        <w:t>A. jauna</w:t>
      </w:r>
    </w:p>
    <w:p>
      <w:pPr>
        <w:spacing w:after="20"/>
        <w:ind w:left="369"/>
      </w:pPr>
      <w:r>
        <w:rPr>
          <w:rFonts w:ascii="Liberation Sans" w:hAnsi="Liberation Sans" w:eastAsia="Liberation Sans"/>
          <w:sz w:val="20"/>
        </w:rPr>
        <w:t>B. jaunesnė</w:t>
      </w:r>
    </w:p>
    <w:p>
      <w:pPr>
        <w:spacing w:after="20"/>
        <w:ind w:left="369"/>
      </w:pPr>
      <w:r>
        <w:rPr>
          <w:rFonts w:ascii="Liberation Sans" w:hAnsi="Liberation Sans" w:eastAsia="Liberation Sans"/>
          <w:sz w:val="20"/>
        </w:rPr>
        <w:t>C. jauniausias</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5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pPr>
        <w:pStyle w:val="Heading2"/>
        <w:keepNext/>
      </w:pPr>
      <w:r>
        <w:t>6 užduotis. Pabaikite žinutę</w:t>
      </w:r>
    </w:p>
    <w:p>
      <w:pPr>
        <w:spacing w:after="60"/>
        <w:ind w:left="0"/>
      </w:pPr>
      <w:r>
        <w:rPr>
          <w:rFonts w:ascii="Liberation Sans" w:hAnsi="Liberation Sans" w:eastAsia="Liberation Sans"/>
          <w:b w:val="0"/>
          <w:color w:val="5A5A5A"/>
          <w:sz w:val="19"/>
        </w:rPr>
        <w:t>Į kiekvieną tarpą įrašykite po vieną tinkamą žodį.</w:t>
      </w:r>
    </w:p>
    <w:p>
      <w:r>
        <w:rPr>
          <w:rFonts w:ascii="Liberation Sans" w:hAnsi="Liberation Sans" w:eastAsia="Liberation Sans"/>
          <w:sz w:val="20"/>
        </w:rPr>
        <w:t>Labas, Rasa,</w:t>
        <w:br/>
        <w:br/>
        <w:t>rytoj negalėsiu ateiti (36) __________ darbą, (37) __________ turiu vizitą pas gydytoją. Vizitas prasideda (38) __________ valandą. Po gydytojo važiuosiu (39) __________ vaistinę. Jei jausiuosi geriau, vakare (40) __________ tau. Ar gali pasakyti vadovui, (41) __________ rytoj nedirbsiu? Mano kompiuteris yra (42) __________, ant stalo. Prašau jo neimti, nes penktadienį (43) __________ iš namų. Ačiū (44) __________ pagalbą. Iki (45) __________!</w:t>
        <w:br/>
        <w:br/>
        <w:t>Asta</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6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pPr>
        <w:pStyle w:val="Heading2"/>
        <w:keepNext/>
      </w:pPr>
      <w:r>
        <w:t>7 užduotis. Parašykite tinkamą formą</w:t>
      </w:r>
    </w:p>
    <w:p>
      <w:pPr>
        <w:spacing w:after="60"/>
        <w:ind w:left="0"/>
      </w:pPr>
      <w:r>
        <w:rPr>
          <w:rFonts w:ascii="Liberation Sans" w:hAnsi="Liberation Sans" w:eastAsia="Liberation Sans"/>
          <w:b w:val="0"/>
          <w:color w:val="5A5A5A"/>
          <w:sz w:val="19"/>
        </w:rPr>
        <w:t>Skliausteliuose esantį žodį ar žodžių junginį pakeiskite taip, kad sakinys būtų taisyklingas.</w:t>
      </w:r>
    </w:p>
    <w:p>
      <w:pPr>
        <w:keepNext/>
        <w:spacing w:after="40"/>
      </w:pPr>
      <w:r>
        <w:rPr>
          <w:rFonts w:ascii="Liberation Sans" w:hAnsi="Liberation Sans" w:eastAsia="Liberation Sans"/>
          <w:b w:val="0"/>
          <w:sz w:val="21"/>
        </w:rPr>
        <w:t>46. Mano draugė yra iš ____________________. (Lenkija)</w:t>
      </w:r>
    </w:p>
    <w:p>
      <w:pPr>
        <w:keepNext/>
        <w:spacing w:after="40"/>
      </w:pPr>
      <w:r>
        <w:rPr>
          <w:rFonts w:ascii="Liberation Sans" w:hAnsi="Liberation Sans" w:eastAsia="Liberation Sans"/>
          <w:b w:val="0"/>
          <w:sz w:val="21"/>
        </w:rPr>
        <w:t>47. Susitinkame ____________________. (stotis)</w:t>
      </w:r>
    </w:p>
    <w:p>
      <w:pPr>
        <w:keepNext/>
        <w:spacing w:after="40"/>
      </w:pPr>
      <w:r>
        <w:rPr>
          <w:rFonts w:ascii="Liberation Sans" w:hAnsi="Liberation Sans" w:eastAsia="Liberation Sans"/>
          <w:b w:val="0"/>
          <w:sz w:val="21"/>
        </w:rPr>
        <w:t>48. Aš perku ____________________. (naujas telefonas)</w:t>
      </w:r>
    </w:p>
    <w:p>
      <w:pPr>
        <w:keepNext/>
        <w:spacing w:after="40"/>
      </w:pPr>
      <w:r>
        <w:rPr>
          <w:rFonts w:ascii="Liberation Sans" w:hAnsi="Liberation Sans" w:eastAsia="Liberation Sans"/>
          <w:b w:val="0"/>
          <w:sz w:val="21"/>
        </w:rPr>
        <w:t>49. Šiandien neturiu ____________________. (laikas)</w:t>
      </w:r>
    </w:p>
    <w:p>
      <w:pPr>
        <w:keepNext/>
        <w:spacing w:after="40"/>
      </w:pPr>
      <w:r>
        <w:rPr>
          <w:rFonts w:ascii="Liberation Sans" w:hAnsi="Liberation Sans" w:eastAsia="Liberation Sans"/>
          <w:b w:val="0"/>
          <w:sz w:val="21"/>
        </w:rPr>
        <w:t>50. ____________________, ar gali man padėti? (Tomas)</w:t>
      </w:r>
    </w:p>
    <w:p>
      <w:pPr>
        <w:keepNext/>
        <w:spacing w:after="40"/>
      </w:pPr>
      <w:r>
        <w:rPr>
          <w:rFonts w:ascii="Liberation Sans" w:hAnsi="Liberation Sans" w:eastAsia="Liberation Sans"/>
          <w:b w:val="0"/>
          <w:sz w:val="21"/>
        </w:rPr>
        <w:t>51. Mes kasdien ____________________ iki 17 val. (dirbti)</w:t>
      </w:r>
    </w:p>
    <w:p>
      <w:pPr>
        <w:keepNext/>
        <w:spacing w:after="40"/>
      </w:pPr>
      <w:r>
        <w:rPr>
          <w:rFonts w:ascii="Liberation Sans" w:hAnsi="Liberation Sans" w:eastAsia="Liberation Sans"/>
          <w:b w:val="0"/>
          <w:sz w:val="21"/>
        </w:rPr>
        <w:t>52. Vakar aš ____________________ į Klaipėdą. (važiuoti)</w:t>
      </w:r>
    </w:p>
    <w:p>
      <w:pPr>
        <w:keepNext/>
        <w:spacing w:after="40"/>
      </w:pPr>
      <w:r>
        <w:rPr>
          <w:rFonts w:ascii="Liberation Sans" w:hAnsi="Liberation Sans" w:eastAsia="Liberation Sans"/>
          <w:b w:val="0"/>
          <w:sz w:val="21"/>
        </w:rPr>
        <w:t>53. Rytoj ji ____________________ po darbo. (sportuoti)</w:t>
      </w:r>
    </w:p>
    <w:p>
      <w:pPr>
        <w:keepNext/>
        <w:spacing w:after="40"/>
      </w:pPr>
      <w:r>
        <w:rPr>
          <w:rFonts w:ascii="Liberation Sans" w:hAnsi="Liberation Sans" w:eastAsia="Liberation Sans"/>
          <w:b w:val="0"/>
          <w:sz w:val="21"/>
        </w:rPr>
        <w:t>54. Norėčiau ____________________ be cukraus. (kava)</w:t>
      </w:r>
    </w:p>
    <w:p>
      <w:pPr>
        <w:keepNext/>
        <w:spacing w:after="40"/>
      </w:pPr>
      <w:r>
        <w:rPr>
          <w:rFonts w:ascii="Liberation Sans" w:hAnsi="Liberation Sans" w:eastAsia="Liberation Sans"/>
          <w:b w:val="0"/>
          <w:sz w:val="21"/>
        </w:rPr>
        <w:t>55. Parduotuvė yra prie ____________________. (stotis)</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7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pPr>
        <w:pStyle w:val="Heading1"/>
        <w:keepNext/>
      </w:pPr>
      <w:r>
        <w:t>III DALIS. RAŠYMAS</w:t>
      </w:r>
    </w:p>
    <w:p>
      <w:pPr>
        <w:spacing w:after="160"/>
        <w:ind w:left="0"/>
      </w:pPr>
      <w:r>
        <w:rPr>
          <w:rFonts w:ascii="Liberation Sans" w:hAnsi="Liberation Sans" w:eastAsia="Liberation Sans"/>
          <w:b/>
          <w:color w:val="124B52"/>
          <w:sz w:val="20"/>
        </w:rPr>
        <w:t>20 taškų</w:t>
      </w:r>
    </w:p>
    <w:p>
      <w:pPr>
        <w:pStyle w:val="Heading2"/>
        <w:keepNext/>
      </w:pPr>
      <w:r>
        <w:t>8 užduotis. Užpildykite registracijos formą</w:t>
      </w:r>
    </w:p>
    <w:p>
      <w:pPr>
        <w:spacing w:after="60"/>
        <w:ind w:left="0"/>
      </w:pPr>
      <w:r>
        <w:rPr>
          <w:rFonts w:ascii="Liberation Sans" w:hAnsi="Liberation Sans" w:eastAsia="Liberation Sans"/>
          <w:b w:val="0"/>
          <w:color w:val="5A5A5A"/>
          <w:sz w:val="19"/>
        </w:rPr>
        <w:t>Įsivaizduokite, kad registruojatės pas šeimos gydytoją. Užpildykite visus laukus.</w:t>
      </w:r>
    </w:p>
    <w:tbl>
      <w:tblPr>
        <w:tblStyle w:val="TableGrid"/>
        <w:tblW w:type="auto" w:w="0"/>
        <w:jc w:val="center"/>
        <w:tblLayout w:type="fixed"/>
        <w:tblLook w:firstColumn="1" w:firstRow="1" w:lastColumn="0" w:lastRow="0" w:noHBand="0" w:noVBand="1" w:val="04A0"/>
      </w:tblPr>
      <w:tblGrid>
        <w:gridCol w:w="5185"/>
        <w:gridCol w:w="5185"/>
      </w:tblGrid>
      <w:tr>
        <w:tc>
          <w:tcPr>
            <w:tcW w:type="dxa" w:w="3402"/>
            <w:vAlign w:val="center"/>
            <w:tcMar>
              <w:top w:w="80" w:type="dxa"/>
              <w:start w:w="100" w:type="dxa"/>
              <w:bottom w:w="80" w:type="dxa"/>
              <w:end w:w="100" w:type="dxa"/>
            </w:tcMar>
          </w:tcPr>
          <w:p>
            <w:r>
              <w:rPr>
                <w:rFonts w:ascii="Liberation Sans" w:hAnsi="Liberation Sans" w:eastAsia="Liberation Sans"/>
                <w:b w:val="0"/>
                <w:sz w:val="20"/>
              </w:rPr>
              <w:t>Vardas ir pavardė</w:t>
            </w:r>
          </w:p>
        </w:tc>
        <w:tc>
          <w:tcPr>
            <w:tcW w:type="dxa" w:w="5669"/>
            <w:vAlign w:val="center"/>
            <w:tcMar>
              <w:top w:w="80" w:type="dxa"/>
              <w:start w:w="100" w:type="dxa"/>
              <w:bottom w:w="80" w:type="dxa"/>
              <w:end w:w="100" w:type="dxa"/>
            </w:tcMar>
          </w:tcPr>
          <w:p>
            <w:r>
              <w:rPr>
                <w:rFonts w:ascii="Liberation Sans" w:hAnsi="Liberation Sans" w:eastAsia="Liberation Sans"/>
                <w:b w:val="0"/>
                <w:sz w:val="20"/>
              </w:rPr>
              <w:b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Gimimo data</w:t>
            </w:r>
          </w:p>
        </w:tc>
        <w:tc>
          <w:tcPr>
            <w:tcW w:type="dxa" w:w="5669"/>
            <w:vAlign w:val="center"/>
            <w:tcMar>
              <w:top w:w="80" w:type="dxa"/>
              <w:start w:w="100" w:type="dxa"/>
              <w:bottom w:w="80" w:type="dxa"/>
              <w:end w:w="100" w:type="dxa"/>
            </w:tcMar>
          </w:tcPr>
          <w:p>
            <w:r>
              <w:rPr>
                <w:rFonts w:ascii="Liberation Sans" w:hAnsi="Liberation Sans" w:eastAsia="Liberation Sans"/>
                <w:b w:val="0"/>
                <w:sz w:val="20"/>
              </w:rPr>
              <w:b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Telefono numeris</w:t>
            </w:r>
          </w:p>
        </w:tc>
        <w:tc>
          <w:tcPr>
            <w:tcW w:type="dxa" w:w="5669"/>
            <w:vAlign w:val="center"/>
            <w:tcMar>
              <w:top w:w="80" w:type="dxa"/>
              <w:start w:w="100" w:type="dxa"/>
              <w:bottom w:w="80" w:type="dxa"/>
              <w:end w:w="100" w:type="dxa"/>
            </w:tcMar>
          </w:tcPr>
          <w:p>
            <w:r>
              <w:rPr>
                <w:rFonts w:ascii="Liberation Sans" w:hAnsi="Liberation Sans" w:eastAsia="Liberation Sans"/>
                <w:b w:val="0"/>
                <w:sz w:val="20"/>
              </w:rPr>
              <w:b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Miestas / adresas</w:t>
            </w:r>
          </w:p>
        </w:tc>
        <w:tc>
          <w:tcPr>
            <w:tcW w:type="dxa" w:w="5669"/>
            <w:vAlign w:val="center"/>
            <w:tcMar>
              <w:top w:w="80" w:type="dxa"/>
              <w:start w:w="100" w:type="dxa"/>
              <w:bottom w:w="80" w:type="dxa"/>
              <w:end w:w="100" w:type="dxa"/>
            </w:tcMar>
          </w:tcPr>
          <w:p>
            <w:r>
              <w:rPr>
                <w:rFonts w:ascii="Liberation Sans" w:hAnsi="Liberation Sans" w:eastAsia="Liberation Sans"/>
                <w:b w:val="0"/>
                <w:sz w:val="20"/>
              </w:rPr>
              <w:br/>
            </w:r>
          </w:p>
        </w:tc>
      </w:tr>
      <w:tr>
        <w:tc>
          <w:tcPr>
            <w:tcW w:type="dxa" w:w="3402"/>
            <w:vAlign w:val="center"/>
            <w:tcMar>
              <w:top w:w="80" w:type="dxa"/>
              <w:start w:w="100" w:type="dxa"/>
              <w:bottom w:w="80" w:type="dxa"/>
              <w:end w:w="100" w:type="dxa"/>
            </w:tcMar>
          </w:tcPr>
          <w:p>
            <w:r>
              <w:rPr>
                <w:rFonts w:ascii="Liberation Sans" w:hAnsi="Liberation Sans" w:eastAsia="Liberation Sans"/>
                <w:b w:val="0"/>
                <w:sz w:val="20"/>
              </w:rPr>
              <w:t>Vizito priežastis (1 trumpas sakinys)</w:t>
            </w:r>
          </w:p>
        </w:tc>
        <w:tc>
          <w:tcPr>
            <w:tcW w:type="dxa" w:w="5669"/>
            <w:vAlign w:val="center"/>
            <w:tcMar>
              <w:top w:w="80" w:type="dxa"/>
              <w:start w:w="100" w:type="dxa"/>
              <w:bottom w:w="80" w:type="dxa"/>
              <w:end w:w="100" w:type="dxa"/>
            </w:tcMar>
          </w:tcPr>
          <w:p>
            <w:r>
              <w:rPr>
                <w:rFonts w:ascii="Liberation Sans" w:hAnsi="Liberation Sans" w:eastAsia="Liberation Sans"/>
                <w:b w:val="0"/>
                <w:sz w:val="20"/>
              </w:rPr>
              <w:br/>
            </w:r>
          </w:p>
        </w:tc>
      </w:tr>
    </w:tbl>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8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9 užduotis. Parašykite trumpą žinutę</w:t>
      </w:r>
    </w:p>
    <w:p>
      <w:pPr>
        <w:spacing w:after="60"/>
        <w:ind w:left="0"/>
      </w:pPr>
      <w:r>
        <w:rPr>
          <w:rFonts w:ascii="Liberation Sans" w:hAnsi="Liberation Sans" w:eastAsia="Liberation Sans"/>
          <w:b w:val="0"/>
          <w:sz w:val="20"/>
        </w:rPr>
        <w:t>Rytoj negalite ateiti į darbą. Parašykite kolegai 25–35 žodžių žinutę.</w:t>
      </w:r>
    </w:p>
    <w:p>
      <w:pPr>
        <w:pStyle w:val="ListBullet"/>
      </w:pPr>
      <w:r>
        <w:rPr>
          <w:rFonts w:ascii="Liberation Sans" w:hAnsi="Liberation Sans" w:eastAsia="Liberation Sans"/>
          <w:sz w:val="20"/>
        </w:rPr>
        <w:t>kodėl neatvyksite;</w:t>
      </w:r>
    </w:p>
    <w:p>
      <w:pPr>
        <w:pStyle w:val="ListBullet"/>
      </w:pPr>
      <w:r>
        <w:rPr>
          <w:rFonts w:ascii="Liberation Sans" w:hAnsi="Liberation Sans" w:eastAsia="Liberation Sans"/>
          <w:sz w:val="20"/>
        </w:rPr>
        <w:t>ką kolegai reikia padaryti;</w:t>
      </w:r>
    </w:p>
    <w:p>
      <w:pPr>
        <w:pStyle w:val="ListBullet"/>
      </w:pPr>
      <w:r>
        <w:rPr>
          <w:rFonts w:ascii="Liberation Sans" w:hAnsi="Liberation Sans" w:eastAsia="Liberation Sans"/>
          <w:sz w:val="20"/>
        </w:rPr>
        <w:t>kada grįšite į darbą.</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9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10 užduotis. Parašykite skelbimą</w:t>
      </w:r>
    </w:p>
    <w:p>
      <w:pPr>
        <w:spacing w:after="60"/>
        <w:ind w:left="0"/>
      </w:pPr>
      <w:r>
        <w:rPr>
          <w:rFonts w:ascii="Liberation Sans" w:hAnsi="Liberation Sans" w:eastAsia="Liberation Sans"/>
          <w:b w:val="0"/>
          <w:sz w:val="20"/>
        </w:rPr>
        <w:t>Autobuse pametėte kuprinę. Parašykite 35–50 žodžių skelbimą miesto / bendruomenės grupėje.</w:t>
      </w:r>
    </w:p>
    <w:p>
      <w:pPr>
        <w:pStyle w:val="ListBullet"/>
      </w:pPr>
      <w:r>
        <w:rPr>
          <w:rFonts w:ascii="Liberation Sans" w:hAnsi="Liberation Sans" w:eastAsia="Liberation Sans"/>
          <w:sz w:val="20"/>
        </w:rPr>
        <w:t>apibūdinkite kuprinę;</w:t>
      </w:r>
    </w:p>
    <w:p>
      <w:pPr>
        <w:pStyle w:val="ListBullet"/>
      </w:pPr>
      <w:r>
        <w:rPr>
          <w:rFonts w:ascii="Liberation Sans" w:hAnsi="Liberation Sans" w:eastAsia="Liberation Sans"/>
          <w:sz w:val="20"/>
        </w:rPr>
        <w:t>parašykite, kur ir kada ją pametėte;</w:t>
      </w:r>
    </w:p>
    <w:p>
      <w:pPr>
        <w:pStyle w:val="ListBullet"/>
      </w:pPr>
      <w:r>
        <w:rPr>
          <w:rFonts w:ascii="Liberation Sans" w:hAnsi="Liberation Sans" w:eastAsia="Liberation Sans"/>
          <w:sz w:val="20"/>
        </w:rPr>
        <w:t>parašykite, kas buvo kuprinėje;</w:t>
      </w:r>
    </w:p>
    <w:p>
      <w:pPr>
        <w:pStyle w:val="ListBullet"/>
      </w:pPr>
      <w:r>
        <w:rPr>
          <w:rFonts w:ascii="Liberation Sans" w:hAnsi="Liberation Sans" w:eastAsia="Liberation Sans"/>
          <w:sz w:val="20"/>
        </w:rPr>
        <w:t>nurodykite, kaip su jumis susisiekti.</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p>
      <w:pPr>
        <w:spacing w:after="40"/>
      </w:pPr>
      <w:r>
        <w:rPr>
          <w:rFonts w:ascii="Liberation Sans" w:hAnsi="Liberation Sans" w:eastAsia="Liberation Sans"/>
          <w:color w:val="919191"/>
          <w:sz w:val="18"/>
        </w:rPr>
        <w:t>_______________________________________________________________________________________________</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10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r>
        <w:br w:type="page"/>
      </w:r>
    </w:p>
    <w:p>
      <w:pPr>
        <w:pStyle w:val="Heading1"/>
        <w:keepNext/>
      </w:pPr>
      <w:r>
        <w:t>IV DALIS. KALBĖJIMAS</w:t>
      </w:r>
    </w:p>
    <w:p>
      <w:pPr>
        <w:spacing w:after="160"/>
        <w:ind w:left="0"/>
      </w:pPr>
      <w:r>
        <w:rPr>
          <w:rFonts w:ascii="Liberation Sans" w:hAnsi="Liberation Sans" w:eastAsia="Liberation Sans"/>
          <w:b/>
          <w:color w:val="124B52"/>
          <w:sz w:val="20"/>
        </w:rPr>
        <w:t>25 taškai</w:t>
      </w:r>
    </w:p>
    <w:p>
      <w:pPr>
        <w:spacing w:after="60"/>
        <w:ind w:left="0"/>
      </w:pPr>
      <w:r>
        <w:rPr>
          <w:rFonts w:ascii="Liberation Sans" w:hAnsi="Liberation Sans" w:eastAsia="Liberation Sans"/>
          <w:b w:val="0"/>
          <w:color w:val="5A5A5A"/>
          <w:sz w:val="19"/>
        </w:rPr>
        <w:t>Šią dalį atlikite su mokytoju / partneriu arba įrašykite savo atsakymus telefonu.</w:t>
      </w:r>
    </w:p>
    <w:p>
      <w:pPr>
        <w:pStyle w:val="Heading2"/>
        <w:keepNext/>
      </w:pPr>
      <w:r>
        <w:t>11 užduotis. Asmeninio pobūdžio pokalbis</w:t>
      </w:r>
    </w:p>
    <w:p>
      <w:pPr>
        <w:spacing w:after="60"/>
        <w:ind w:left="0"/>
      </w:pPr>
      <w:r>
        <w:rPr>
          <w:rFonts w:ascii="Liberation Sans" w:hAnsi="Liberation Sans" w:eastAsia="Liberation Sans"/>
          <w:b w:val="0"/>
          <w:color w:val="5A5A5A"/>
          <w:sz w:val="19"/>
        </w:rPr>
        <w:t>Atsakykite į egzaminuotojo klausimus. Atsakykite pilnais, bet paprastais sakiniais.</w:t>
      </w:r>
    </w:p>
    <w:p>
      <w:r>
        <w:rPr>
          <w:rFonts w:ascii="Liberation Sans" w:hAnsi="Liberation Sans" w:eastAsia="Liberation Sans"/>
          <w:sz w:val="20"/>
        </w:rPr>
        <w:t>1. Koks jūsų vardas ir iš kur esate?</w:t>
      </w:r>
    </w:p>
    <w:p>
      <w:r>
        <w:rPr>
          <w:rFonts w:ascii="Liberation Sans" w:hAnsi="Liberation Sans" w:eastAsia="Liberation Sans"/>
          <w:sz w:val="20"/>
        </w:rPr>
        <w:t>2. Kur dabar gyvenate?</w:t>
      </w:r>
    </w:p>
    <w:p>
      <w:r>
        <w:rPr>
          <w:rFonts w:ascii="Liberation Sans" w:hAnsi="Liberation Sans" w:eastAsia="Liberation Sans"/>
          <w:sz w:val="20"/>
        </w:rPr>
        <w:t>3. Ką dirbate arba kur mokotės?</w:t>
      </w:r>
    </w:p>
    <w:p>
      <w:r>
        <w:rPr>
          <w:rFonts w:ascii="Liberation Sans" w:hAnsi="Liberation Sans" w:eastAsia="Liberation Sans"/>
          <w:sz w:val="20"/>
        </w:rPr>
        <w:t>4. Kokiomis kalbomis kalbate?</w:t>
      </w:r>
    </w:p>
    <w:p>
      <w:r>
        <w:rPr>
          <w:rFonts w:ascii="Liberation Sans" w:hAnsi="Liberation Sans" w:eastAsia="Liberation Sans"/>
          <w:sz w:val="20"/>
        </w:rPr>
        <w:t>5. Papasakokite trumpai apie savo šeimą.</w:t>
      </w:r>
    </w:p>
    <w:p>
      <w:r>
        <w:rPr>
          <w:rFonts w:ascii="Liberation Sans" w:hAnsi="Liberation Sans" w:eastAsia="Liberation Sans"/>
          <w:sz w:val="20"/>
        </w:rPr>
        <w:t>6. Ką paprastai darote ryte prieš darbą / mokslus?</w:t>
      </w:r>
    </w:p>
    <w:p>
      <w:r>
        <w:rPr>
          <w:rFonts w:ascii="Liberation Sans" w:hAnsi="Liberation Sans" w:eastAsia="Liberation Sans"/>
          <w:sz w:val="20"/>
        </w:rPr>
        <w:t>7. Kaip dažniausiai keliaujate po miestą?</w:t>
      </w:r>
    </w:p>
    <w:p>
      <w:r>
        <w:rPr>
          <w:rFonts w:ascii="Liberation Sans" w:hAnsi="Liberation Sans" w:eastAsia="Liberation Sans"/>
          <w:sz w:val="20"/>
        </w:rPr>
        <w:t>8. Ką mėgstate veikti savaitgalį?</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11 užduotis</w:t>
            </w:r>
          </w:p>
        </w:tc>
        <w:tc>
          <w:tcPr>
            <w:tcW w:type="dxa" w:w="5185"/>
            <w:tcMar>
              <w:top w:w="80" w:type="dxa"/>
              <w:start w:w="100" w:type="dxa"/>
              <w:bottom w:w="80" w:type="dxa"/>
              <w:end w:w="100" w:type="dxa"/>
            </w:tcMar>
          </w:tcPr>
          <w:p>
            <w:r>
              <w:rPr>
                <w:rFonts w:ascii="Liberation Sans" w:hAnsi="Liberation Sans" w:eastAsia="Liberation Sans"/>
                <w:b/>
                <w:sz w:val="19"/>
              </w:rPr>
              <w:t>____ / 5</w:t>
            </w:r>
          </w:p>
        </w:tc>
      </w:tr>
    </w:tbl>
    <w:p>
      <w:pPr>
        <w:pStyle w:val="Heading2"/>
        <w:keepNext/>
      </w:pPr>
      <w:r>
        <w:t>12 užduotis. Paveikslėlio apibūdinimas ir pokalbis</w:t>
      </w:r>
    </w:p>
    <w:p>
      <w:pPr>
        <w:spacing w:after="60"/>
        <w:ind w:left="0"/>
      </w:pPr>
      <w:r>
        <w:rPr>
          <w:rFonts w:ascii="Liberation Sans" w:hAnsi="Liberation Sans" w:eastAsia="Liberation Sans"/>
          <w:b w:val="0"/>
          <w:sz w:val="20"/>
        </w:rPr>
        <w:t>1. Pažiūrėkite į paveikslėlį ir 1–2 minutes papasakokite, ką matote.</w:t>
      </w:r>
    </w:p>
    <w:p>
      <w:pPr>
        <w:jc w:val="center"/>
      </w:pPr>
      <w:r>
        <w:drawing>
          <wp:inline xmlns:a="http://schemas.openxmlformats.org/drawingml/2006/main" xmlns:pic="http://schemas.openxmlformats.org/drawingml/2006/picture">
            <wp:extent cx="5580000" cy="3255000"/>
            <wp:docPr id="1" name="Picture 1"/>
            <wp:cNvGraphicFramePr>
              <a:graphicFrameLocks noChangeAspect="1"/>
            </wp:cNvGraphicFramePr>
            <a:graphic>
              <a:graphicData uri="http://schemas.openxmlformats.org/drawingml/2006/picture">
                <pic:pic>
                  <pic:nvPicPr>
                    <pic:cNvPr id="0" name="park_scene_exam.png"/>
                    <pic:cNvPicPr/>
                  </pic:nvPicPr>
                  <pic:blipFill>
                    <a:blip r:embed="rId10"/>
                    <a:stretch>
                      <a:fillRect/>
                    </a:stretch>
                  </pic:blipFill>
                  <pic:spPr>
                    <a:xfrm>
                      <a:off x="0" y="0"/>
                      <a:ext cx="5580000" cy="3255000"/>
                    </a:xfrm>
                    <a:prstGeom prst="rect"/>
                  </pic:spPr>
                </pic:pic>
              </a:graphicData>
            </a:graphic>
          </wp:inline>
        </w:drawing>
      </w:r>
    </w:p>
    <w:p>
      <w:pPr>
        <w:spacing w:after="60"/>
        <w:ind w:left="0"/>
      </w:pPr>
      <w:r>
        <w:rPr>
          <w:rFonts w:ascii="Liberation Sans" w:hAnsi="Liberation Sans" w:eastAsia="Liberation Sans"/>
          <w:b/>
          <w:sz w:val="20"/>
        </w:rPr>
        <w:t>2. Atsakykite į tris klausimus:</w:t>
      </w:r>
    </w:p>
    <w:p>
      <w:pPr>
        <w:pStyle w:val="ListBullet"/>
      </w:pPr>
      <w:r>
        <w:rPr>
          <w:rFonts w:ascii="Liberation Sans" w:hAnsi="Liberation Sans" w:eastAsia="Liberation Sans"/>
          <w:sz w:val="20"/>
        </w:rPr>
        <w:t>Ką jūs mėgstate veikti laisvalaikiu?</w:t>
      </w:r>
    </w:p>
    <w:p>
      <w:pPr>
        <w:pStyle w:val="ListBullet"/>
      </w:pPr>
      <w:r>
        <w:rPr>
          <w:rFonts w:ascii="Liberation Sans" w:hAnsi="Liberation Sans" w:eastAsia="Liberation Sans"/>
          <w:sz w:val="20"/>
        </w:rPr>
        <w:t>Kur dažniausiai leidžiate savaitgalį?</w:t>
      </w:r>
    </w:p>
    <w:p>
      <w:pPr>
        <w:pStyle w:val="ListBullet"/>
      </w:pPr>
      <w:r>
        <w:rPr>
          <w:rFonts w:ascii="Liberation Sans" w:hAnsi="Liberation Sans" w:eastAsia="Liberation Sans"/>
          <w:sz w:val="20"/>
        </w:rPr>
        <w:t>Su kuo dažniausiai leidžiate laisvalaikį?</w:t>
      </w:r>
    </w:p>
    <w:p>
      <w:pPr>
        <w:spacing w:after="60"/>
        <w:ind w:left="0"/>
      </w:pPr>
      <w:r>
        <w:rPr>
          <w:rFonts w:ascii="Liberation Sans" w:hAnsi="Liberation Sans" w:eastAsia="Liberation Sans"/>
          <w:b/>
          <w:sz w:val="20"/>
        </w:rPr>
        <w:t>3. Paklauskite egzaminuotojo trijų klausimų apie jo / jos laisvalaikį.</w:t>
      </w:r>
    </w:p>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12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pPr>
        <w:pStyle w:val="Heading2"/>
        <w:keepNext/>
      </w:pPr>
      <w:r>
        <w:t>13 užduotis. Informacijos supratimas ir klausimų formulavimas</w:t>
      </w:r>
    </w:p>
    <w:p>
      <w:pPr>
        <w:spacing w:after="60"/>
        <w:ind w:left="0"/>
      </w:pPr>
      <w:r>
        <w:rPr>
          <w:rFonts w:ascii="Liberation Sans" w:hAnsi="Liberation Sans" w:eastAsia="Liberation Sans"/>
          <w:b w:val="0"/>
          <w:sz w:val="19"/>
        </w:rPr>
        <w:t>A. Perskaitykite skelbimą. Egzaminuotojas užduos penkis klausimus. Atsakykite pagal skelbimą.</w:t>
      </w:r>
    </w:p>
    <w:tbl>
      <w:tblPr>
        <w:tblStyle w:val="TableGrid"/>
        <w:tblW w:type="auto" w:w="0"/>
        <w:tblLook w:firstColumn="1" w:firstRow="1" w:lastColumn="0" w:lastRow="0" w:noHBand="0" w:noVBand="1" w:val="04A0"/>
      </w:tblPr>
      <w:tblGrid>
        <w:gridCol w:w="10370"/>
      </w:tblGrid>
      <w:tr>
        <w:tc>
          <w:tcPr>
            <w:tcW w:type="dxa" w:w="10370"/>
            <w:shd w:fill="F6F6F6"/>
            <w:tcMar>
              <w:top w:w="160" w:type="dxa"/>
              <w:start w:w="180" w:type="dxa"/>
              <w:bottom w:w="160" w:type="dxa"/>
              <w:end w:w="180" w:type="dxa"/>
            </w:tcMar>
          </w:tcPr>
          <w:p>
            <w:pPr>
              <w:jc w:val="center"/>
            </w:pPr>
            <w:r>
              <w:rPr>
                <w:rFonts w:ascii="Liberation Sans" w:hAnsi="Liberation Sans" w:eastAsia="Liberation Sans"/>
                <w:b/>
                <w:sz w:val="26"/>
              </w:rPr>
              <w:t>DARBO MUGĖ „KARJERA 2026“</w:t>
              <w:br/>
            </w:r>
            <w:r>
              <w:rPr>
                <w:rFonts w:ascii="Liberation Sans" w:hAnsi="Liberation Sans" w:eastAsia="Liberation Sans"/>
                <w:b w:val="0"/>
                <w:sz w:val="20"/>
              </w:rPr>
              <w:t>Spalio 10 d., 11.00–16.00 val.</w:t>
              <w:br/>
            </w:r>
            <w:r>
              <w:rPr>
                <w:rFonts w:ascii="Liberation Sans" w:hAnsi="Liberation Sans" w:eastAsia="Liberation Sans"/>
                <w:b w:val="0"/>
                <w:sz w:val="20"/>
              </w:rPr>
              <w:t>Vilniaus miesto konferencijų centre, Upės g. 20</w:t>
              <w:br/>
            </w:r>
            <w:r>
              <w:rPr>
                <w:rFonts w:ascii="Liberation Sans" w:hAnsi="Liberation Sans" w:eastAsia="Liberation Sans"/>
                <w:b w:val="0"/>
                <w:sz w:val="19"/>
              </w:rPr>
              <w:t>Dalyvaus daugiau kaip 30 įmonių. Galėsite pasikalbėti su darbdaviais, sužinoti apie darbo vietas ir palikti savo CV.</w:t>
              <w:br/>
            </w:r>
            <w:r>
              <w:rPr>
                <w:rFonts w:ascii="Liberation Sans" w:hAnsi="Liberation Sans" w:eastAsia="Liberation Sans"/>
                <w:b w:val="0"/>
                <w:sz w:val="19"/>
              </w:rPr>
              <w:t>Dalyvavimas nemokamas. Registracija internetu iki spalio 8 d.</w:t>
              <w:br/>
            </w:r>
          </w:p>
        </w:tc>
      </w:tr>
    </w:tbl>
    <w:p>
      <w:pPr>
        <w:spacing w:after="60"/>
        <w:ind w:left="0"/>
      </w:pPr>
      <w:r>
        <w:rPr>
          <w:rFonts w:ascii="Liberation Sans" w:hAnsi="Liberation Sans" w:eastAsia="Liberation Sans"/>
          <w:b w:val="0"/>
          <w:color w:val="696969"/>
          <w:sz w:val="18"/>
        </w:rPr>
        <w:t>Galimi egzaminuotojo klausimai: kada? kur? kiek įmonių? ką galima padaryti? ar reikia mokėti?</w:t>
      </w:r>
    </w:p>
    <w:p>
      <w:pPr>
        <w:spacing w:after="60"/>
        <w:ind w:left="0"/>
      </w:pPr>
      <w:r>
        <w:rPr>
          <w:rFonts w:ascii="Liberation Sans" w:hAnsi="Liberation Sans" w:eastAsia="Liberation Sans"/>
          <w:b w:val="0"/>
          <w:sz w:val="19"/>
        </w:rPr>
        <w:t>B. Egzaminuotojas turi informaciją apie „Miesto sporto dieną“. Pagal žodžius žemiau užduokite penkis klausimus.</w:t>
      </w:r>
    </w:p>
    <w:tbl>
      <w:tblPr>
        <w:tblStyle w:val="TableGrid"/>
        <w:tblW w:type="auto" w:w="0"/>
        <w:jc w:val="center"/>
        <w:tblLook w:firstColumn="1" w:firstRow="1" w:lastColumn="0" w:lastRow="0" w:noHBand="0" w:noVBand="1" w:val="04A0"/>
      </w:tblPr>
      <w:tblGrid>
        <w:gridCol w:w="5185"/>
        <w:gridCol w:w="5185"/>
      </w:tblGrid>
      <w:tr>
        <w:tc>
          <w:tcPr>
            <w:tcW w:type="dxa" w:w="5185"/>
            <w:vAlign w:val="center"/>
            <w:tcMar>
              <w:top w:w="80" w:type="dxa"/>
              <w:start w:w="100" w:type="dxa"/>
              <w:bottom w:w="80" w:type="dxa"/>
              <w:end w:w="100" w:type="dxa"/>
            </w:tcMar>
          </w:tcPr>
          <w:p>
            <w:r>
              <w:rPr>
                <w:rFonts w:ascii="Liberation Sans" w:hAnsi="Liberation Sans" w:eastAsia="Liberation Sans"/>
                <w:b w:val="0"/>
                <w:sz w:val="19"/>
              </w:rPr>
              <w:t>data</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Jūsų klausimas: __________________________________________</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pradžia</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Jūsų klausimas: __________________________________________</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vieta</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Jūsų klausimas: __________________________________________</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kaina</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Jūsų klausimas: __________________________________________</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9"/>
              </w:rPr>
              <w:t>registracija</w:t>
            </w:r>
          </w:p>
        </w:tc>
        <w:tc>
          <w:tcPr>
            <w:tcW w:type="dxa" w:w="5185"/>
            <w:vAlign w:val="center"/>
            <w:tcMar>
              <w:top w:w="80" w:type="dxa"/>
              <w:start w:w="100" w:type="dxa"/>
              <w:bottom w:w="80" w:type="dxa"/>
              <w:end w:w="100" w:type="dxa"/>
            </w:tcMar>
          </w:tcPr>
          <w:p>
            <w:r>
              <w:rPr>
                <w:rFonts w:ascii="Liberation Sans" w:hAnsi="Liberation Sans" w:eastAsia="Liberation Sans"/>
                <w:b w:val="0"/>
                <w:sz w:val="19"/>
              </w:rPr>
              <w:t>Jūsų klausimas: __________________________________________</w:t>
            </w:r>
          </w:p>
        </w:tc>
      </w:tr>
    </w:tbl>
    <w:tbl>
      <w:tblPr>
        <w:tblW w:type="auto" w:w="0"/>
        <w:jc w:val="right"/>
        <w:tblLayout w:type="fixed"/>
        <w:tblLook w:firstColumn="1" w:firstRow="1" w:lastColumn="0" w:lastRow="0" w:noHBand="0" w:noVBand="1" w:val="04A0"/>
      </w:tblPr>
      <w:tblGrid>
        <w:gridCol w:w="2268"/>
        <w:gridCol w:w="1134"/>
      </w:tblGrid>
      <w:tr>
        <w:tc>
          <w:tcPr>
            <w:tcW w:type="dxa" w:w="5185"/>
            <w:tcMar>
              <w:top w:w="80" w:type="dxa"/>
              <w:start w:w="100" w:type="dxa"/>
              <w:bottom w:w="80" w:type="dxa"/>
              <w:end w:w="100" w:type="dxa"/>
            </w:tcMar>
          </w:tcPr>
          <w:p>
            <w:r>
              <w:rPr>
                <w:rFonts w:ascii="Liberation Sans" w:hAnsi="Liberation Sans" w:eastAsia="Liberation Sans"/>
                <w:b/>
                <w:sz w:val="19"/>
              </w:rPr>
              <w:t>13 užduotis</w:t>
            </w:r>
          </w:p>
        </w:tc>
        <w:tc>
          <w:tcPr>
            <w:tcW w:type="dxa" w:w="5185"/>
            <w:tcMar>
              <w:top w:w="80" w:type="dxa"/>
              <w:start w:w="100" w:type="dxa"/>
              <w:bottom w:w="80" w:type="dxa"/>
              <w:end w:w="100" w:type="dxa"/>
            </w:tcMar>
          </w:tcPr>
          <w:p>
            <w:r>
              <w:rPr>
                <w:rFonts w:ascii="Liberation Sans" w:hAnsi="Liberation Sans" w:eastAsia="Liberation Sans"/>
                <w:b/>
                <w:sz w:val="19"/>
              </w:rPr>
              <w:t>____ / 10</w:t>
            </w:r>
          </w:p>
        </w:tc>
      </w:tr>
    </w:tbl>
    <w:p>
      <w:r>
        <w:br w:type="page"/>
      </w:r>
    </w:p>
    <w:p>
      <w:pPr>
        <w:pStyle w:val="Heading1"/>
        <w:keepNext/>
      </w:pPr>
      <w:r>
        <w:t>REZULTATŲ LENTELĖ</w:t>
      </w:r>
    </w:p>
    <w:tbl>
      <w:tblPr>
        <w:tblStyle w:val="TableGrid"/>
        <w:tblW w:type="auto" w:w="0"/>
        <w:jc w:val="center"/>
        <w:tblLook w:firstColumn="1" w:firstRow="1" w:lastColumn="0" w:lastRow="0" w:noHBand="0" w:noVBand="1" w:val="04A0"/>
      </w:tblPr>
      <w:tblGrid>
        <w:gridCol w:w="3457"/>
        <w:gridCol w:w="3457"/>
        <w:gridCol w:w="3457"/>
      </w:tblGrid>
      <w:tr>
        <w:tc>
          <w:tcPr>
            <w:tcW w:type="dxa" w:w="3457"/>
            <w:vAlign w:val="center"/>
            <w:tcMar>
              <w:top w:w="80" w:type="dxa"/>
              <w:start w:w="100" w:type="dxa"/>
              <w:bottom w:w="80" w:type="dxa"/>
              <w:end w:w="100" w:type="dxa"/>
            </w:tcMar>
            <w:shd w:fill="E8F0F1"/>
          </w:tcPr>
          <w:p>
            <w:r>
              <w:rPr>
                <w:rFonts w:ascii="Liberation Sans" w:hAnsi="Liberation Sans" w:eastAsia="Liberation Sans"/>
                <w:b/>
                <w:sz w:val="20"/>
              </w:rPr>
              <w:t>Užduotis</w:t>
            </w:r>
          </w:p>
        </w:tc>
        <w:tc>
          <w:tcPr>
            <w:tcW w:type="dxa" w:w="3457"/>
            <w:vAlign w:val="center"/>
            <w:tcMar>
              <w:top w:w="80" w:type="dxa"/>
              <w:start w:w="100" w:type="dxa"/>
              <w:bottom w:w="80" w:type="dxa"/>
              <w:end w:w="100" w:type="dxa"/>
            </w:tcMar>
            <w:shd w:fill="E8F0F1"/>
          </w:tcPr>
          <w:p>
            <w:r>
              <w:rPr>
                <w:rFonts w:ascii="Liberation Sans" w:hAnsi="Liberation Sans" w:eastAsia="Liberation Sans"/>
                <w:b/>
                <w:sz w:val="20"/>
              </w:rPr>
              <w:t>Maks. taškai</w:t>
            </w:r>
          </w:p>
        </w:tc>
        <w:tc>
          <w:tcPr>
            <w:tcW w:type="dxa" w:w="3457"/>
            <w:vAlign w:val="center"/>
            <w:tcMar>
              <w:top w:w="80" w:type="dxa"/>
              <w:start w:w="100" w:type="dxa"/>
              <w:bottom w:w="80" w:type="dxa"/>
              <w:end w:w="100" w:type="dxa"/>
            </w:tcMar>
            <w:shd w:fill="E8F0F1"/>
          </w:tcPr>
          <w:p>
            <w:r>
              <w:rPr>
                <w:rFonts w:ascii="Liberation Sans" w:hAnsi="Liberation Sans" w:eastAsia="Liberation Sans"/>
                <w:b/>
                <w:sz w:val="20"/>
              </w:rPr>
              <w:t>Jūsų taškai</w:t>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1</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2</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3</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4</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6</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7</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8</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9</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11</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5</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12</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r>
        <w:tc>
          <w:tcPr>
            <w:tcW w:type="dxa" w:w="3457"/>
            <w:vAlign w:val="center"/>
            <w:tcMar>
              <w:top w:w="80" w:type="dxa"/>
              <w:start w:w="100" w:type="dxa"/>
              <w:bottom w:w="80" w:type="dxa"/>
              <w:end w:w="100" w:type="dxa"/>
            </w:tcMar>
          </w:tcPr>
          <w:p>
            <w:r>
              <w:t>13</w:t>
            </w:r>
          </w:p>
        </w:tc>
        <w:tc>
          <w:tcPr>
            <w:tcW w:type="dxa" w:w="3457"/>
            <w:vAlign w:val="center"/>
            <w:tcMar>
              <w:top w:w="80" w:type="dxa"/>
              <w:start w:w="100" w:type="dxa"/>
              <w:bottom w:w="80" w:type="dxa"/>
              <w:end w:w="100" w:type="dxa"/>
            </w:tcMar>
          </w:tcPr>
          <w:p>
            <w:r>
              <w:t>10</w:t>
            </w:r>
          </w:p>
        </w:tc>
        <w:tc>
          <w:tcPr>
            <w:tcW w:type="dxa" w:w="3457"/>
            <w:vAlign w:val="center"/>
            <w:tcMar>
              <w:top w:w="80" w:type="dxa"/>
              <w:start w:w="100" w:type="dxa"/>
              <w:bottom w:w="80" w:type="dxa"/>
              <w:end w:w="100" w:type="dxa"/>
            </w:tcMar>
          </w:tcPr>
          <w:p>
            <w:r/>
          </w:p>
        </w:tc>
      </w:tr>
      <w:tr>
        <w:tc>
          <w:tcPr>
            <w:tcW w:type="dxa" w:w="3457"/>
            <w:vAlign w:val="center"/>
            <w:tcMar>
              <w:top w:w="80" w:type="dxa"/>
              <w:start w:w="100" w:type="dxa"/>
              <w:bottom w:w="80" w:type="dxa"/>
              <w:end w:w="100" w:type="dxa"/>
            </w:tcMar>
          </w:tcPr>
          <w:p>
            <w:r>
              <w:rPr>
                <w:rFonts w:ascii="Liberation Sans" w:hAnsi="Liberation Sans" w:eastAsia="Liberation Sans"/>
                <w:b w:val="0"/>
                <w:sz w:val="20"/>
              </w:rPr>
              <w:t>IŠ VISO</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t>100</w:t>
            </w:r>
          </w:p>
        </w:tc>
        <w:tc>
          <w:tcPr>
            <w:tcW w:type="dxa" w:w="3457"/>
            <w:vAlign w:val="center"/>
            <w:tcMar>
              <w:top w:w="80" w:type="dxa"/>
              <w:start w:w="100" w:type="dxa"/>
              <w:bottom w:w="80" w:type="dxa"/>
              <w:end w:w="100" w:type="dxa"/>
            </w:tcMar>
          </w:tcPr>
          <w:p>
            <w:r>
              <w:rPr>
                <w:rFonts w:ascii="Liberation Sans" w:hAnsi="Liberation Sans" w:eastAsia="Liberation Sans"/>
                <w:b w:val="0"/>
                <w:sz w:val="20"/>
              </w:rPr>
            </w:r>
          </w:p>
        </w:tc>
      </w:tr>
    </w:tbl>
    <w:p>
      <w:pPr>
        <w:pStyle w:val="Heading2"/>
        <w:keepNext/>
      </w:pPr>
      <w:r>
        <w:t>Orientacinis pasirengimo įvertinimas</w:t>
      </w:r>
    </w:p>
    <w:p>
      <w:pPr>
        <w:spacing w:after="60"/>
        <w:ind w:left="0"/>
      </w:pPr>
      <w:r>
        <w:rPr>
          <w:rFonts w:ascii="Liberation Sans" w:hAnsi="Liberation Sans" w:eastAsia="Liberation Sans"/>
          <w:b/>
          <w:color w:val="124B52"/>
          <w:sz w:val="19"/>
        </w:rPr>
        <w:t>Ši skalė yra LT Class On diagnostinė, o ne oficiali egzamino vertinimo sistema.</w:t>
      </w:r>
    </w:p>
    <w:p>
      <w:pPr>
        <w:pStyle w:val="ListBullet"/>
      </w:pPr>
      <w:r>
        <w:rPr>
          <w:rFonts w:ascii="Liberation Sans" w:hAnsi="Liberation Sans" w:eastAsia="Liberation Sans"/>
          <w:sz w:val="19"/>
        </w:rPr>
        <w:t>90–100 taškų – labai tvirtas rezultatas šio testo apimtyje. Jei klausymas taip pat geras, pasirengimas atrodo stiprus.</w:t>
      </w:r>
    </w:p>
    <w:p>
      <w:pPr>
        <w:pStyle w:val="ListBullet"/>
      </w:pPr>
      <w:r>
        <w:rPr>
          <w:rFonts w:ascii="Liberation Sans" w:hAnsi="Liberation Sans" w:eastAsia="Liberation Sans"/>
          <w:sz w:val="19"/>
        </w:rPr>
        <w:t>80–89 taškai – dauguma reikalingų gebėjimų yra, bet prieš egzaminą verta sutvarkyti silpnesnes temas.</w:t>
      </w:r>
    </w:p>
    <w:p>
      <w:pPr>
        <w:pStyle w:val="ListBullet"/>
      </w:pPr>
      <w:r>
        <w:rPr>
          <w:rFonts w:ascii="Liberation Sans" w:hAnsi="Liberation Sans" w:eastAsia="Liberation Sans"/>
          <w:sz w:val="19"/>
        </w:rPr>
        <w:t>65–79 taškai – dar yra aiškių spragų; rekomenduojama kryptingai kartoti ir testą atlikti dar kartą.</w:t>
      </w:r>
    </w:p>
    <w:p>
      <w:pPr>
        <w:pStyle w:val="ListBullet"/>
      </w:pPr>
      <w:r>
        <w:rPr>
          <w:rFonts w:ascii="Liberation Sans" w:hAnsi="Liberation Sans" w:eastAsia="Liberation Sans"/>
          <w:sz w:val="19"/>
        </w:rPr>
        <w:t>0–64 taškai – prieš egzaminą reikėtų daugiau sistemingo A1–A2 kartojimo.</w:t>
      </w:r>
    </w:p>
    <w:p>
      <w:pPr>
        <w:spacing w:after="160"/>
        <w:ind w:left="0"/>
      </w:pPr>
      <w:r>
        <w:rPr>
          <w:rFonts w:ascii="Liberation Sans" w:hAnsi="Liberation Sans" w:eastAsia="Liberation Sans"/>
          <w:b w:val="0"/>
          <w:color w:val="646464"/>
          <w:sz w:val="17"/>
        </w:rPr>
        <w:t>Pastaba: 2021 m. PMIF programos viename A1 baigiamajame teste buvo taikoma labai griežta 90/100 kartelė, tačiau tas testas buvo kitokios struktūros ir be kalbėjimo dalies. Todėl 90 taškų čia naudojami tik kaip konservatyvus savikontrolės orientyras.</w:t>
      </w:r>
    </w:p>
    <w:p>
      <w:pPr>
        <w:pStyle w:val="Heading1"/>
        <w:keepNext/>
      </w:pPr>
      <w:r>
        <w:t>ATSAKYMAI IR VERTINIMAS</w:t>
      </w:r>
    </w:p>
    <w:p>
      <w:pPr>
        <w:spacing w:after="60"/>
        <w:ind w:left="0"/>
      </w:pPr>
      <w:r>
        <w:rPr>
          <w:rFonts w:ascii="Liberation Sans" w:hAnsi="Liberation Sans" w:eastAsia="Liberation Sans"/>
          <w:b/>
          <w:color w:val="124B52"/>
          <w:sz w:val="20"/>
        </w:rPr>
        <w:t>Šią dalį žiūrėkite tik baigę testą.</w:t>
      </w:r>
    </w:p>
    <w:p>
      <w:pPr>
        <w:pStyle w:val="Heading2"/>
        <w:keepNext/>
      </w:pPr>
      <w:r>
        <w:t>1–7 užduočių atsakymai</w:t>
      </w:r>
    </w:p>
    <w:tbl>
      <w:tblPr>
        <w:tblStyle w:val="TableGrid"/>
        <w:tblW w:type="auto" w:w="0"/>
        <w:jc w:val="center"/>
        <w:tblLook w:firstColumn="1" w:firstRow="1" w:lastColumn="0" w:lastRow="0" w:noHBand="0" w:noVBand="1" w:val="04A0"/>
      </w:tblPr>
      <w:tblGrid>
        <w:gridCol w:w="1037"/>
        <w:gridCol w:w="1037"/>
        <w:gridCol w:w="1037"/>
        <w:gridCol w:w="1037"/>
        <w:gridCol w:w="1037"/>
        <w:gridCol w:w="1037"/>
        <w:gridCol w:w="1037"/>
        <w:gridCol w:w="1037"/>
        <w:gridCol w:w="1037"/>
        <w:gridCol w:w="1037"/>
      </w:tblGrid>
      <w:tr>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Nr.</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Ats.</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Nr.</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Ats.</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Nr.</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Ats.</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Nr.</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Ats.</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Nr.</w:t>
            </w:r>
          </w:p>
        </w:tc>
        <w:tc>
          <w:tcPr>
            <w:tcW w:type="dxa" w:w="1037"/>
            <w:vAlign w:val="center"/>
            <w:tcMar>
              <w:top w:w="80" w:type="dxa"/>
              <w:start w:w="100" w:type="dxa"/>
              <w:bottom w:w="80" w:type="dxa"/>
              <w:end w:w="100" w:type="dxa"/>
            </w:tcMar>
            <w:shd w:fill="E8F0F1"/>
          </w:tcPr>
          <w:p>
            <w:r>
              <w:rPr>
                <w:rFonts w:ascii="Liberation Sans" w:hAnsi="Liberation Sans" w:eastAsia="Liberation Sans"/>
                <w:b/>
                <w:sz w:val="16"/>
              </w:rPr>
              <w:t>Ats.</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penktadienio</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46</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Lenkijos</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36</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į</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47</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stotyje</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26</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37</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nes</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48</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naują telefoną</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16</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27</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38</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dešimtą</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49</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laiko</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6</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G</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17</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28</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39</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į</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50</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Tomai</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7</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18</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29</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40</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paskambinsiu</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dirbame</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8</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19</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30</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kad</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važiavau</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9</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D</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20</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biure</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sportuos</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10</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E</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C</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dirbsiu</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kavos</w:t>
            </w:r>
          </w:p>
        </w:tc>
      </w:tr>
      <w:tr>
        <w:tc>
          <w:tcPr>
            <w:tcW w:type="dxa" w:w="1037"/>
            <w:vAlign w:val="center"/>
            <w:tcMar>
              <w:top w:w="80" w:type="dxa"/>
              <w:start w:w="100" w:type="dxa"/>
              <w:bottom w:w="80" w:type="dxa"/>
              <w:end w:w="100" w:type="dxa"/>
            </w:tcMar>
          </w:tcPr>
          <w:p>
            <w:r>
              <w:rPr>
                <w:rFonts w:ascii="Liberation Sans" w:hAnsi="Liberation Sans" w:eastAsia="Liberation Sans"/>
                <w:b w:val="0"/>
                <w:sz w:val="16"/>
              </w:rPr>
              <w:t>11</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B</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22</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33</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A</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44</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už</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55</w:t>
            </w:r>
          </w:p>
        </w:tc>
        <w:tc>
          <w:tcPr>
            <w:tcW w:type="dxa" w:w="1037"/>
            <w:vAlign w:val="center"/>
            <w:tcMar>
              <w:top w:w="80" w:type="dxa"/>
              <w:start w:w="100" w:type="dxa"/>
              <w:bottom w:w="80" w:type="dxa"/>
              <w:end w:w="100" w:type="dxa"/>
            </w:tcMar>
          </w:tcPr>
          <w:p>
            <w:r>
              <w:rPr>
                <w:rFonts w:ascii="Liberation Sans" w:hAnsi="Liberation Sans" w:eastAsia="Liberation Sans"/>
                <w:b w:val="0"/>
                <w:sz w:val="16"/>
              </w:rPr>
              <w:t>stoties</w:t>
            </w:r>
          </w:p>
        </w:tc>
      </w:tr>
    </w:tbl>
    <w:p>
      <w:pPr>
        <w:pStyle w:val="Heading2"/>
        <w:keepNext/>
      </w:pPr>
      <w:r>
        <w:t>8 užduotis – forma (5 taškai)</w:t>
      </w:r>
    </w:p>
    <w:p>
      <w:pPr>
        <w:spacing w:after="60"/>
        <w:ind w:left="0"/>
      </w:pPr>
      <w:r>
        <w:rPr>
          <w:rFonts w:ascii="Liberation Sans" w:hAnsi="Liberation Sans" w:eastAsia="Liberation Sans"/>
          <w:b w:val="0"/>
          <w:sz w:val="19"/>
        </w:rPr>
        <w:t>Po 1 tašką už kiekvieną aiškiai ir tinkamai užpildytą lauką. Smulkios kalbos klaidos netrukdo gauti taško, jei informacija suprantama.</w:t>
      </w:r>
    </w:p>
    <w:p>
      <w:pPr>
        <w:pStyle w:val="Heading2"/>
        <w:keepNext/>
      </w:pPr>
      <w:r>
        <w:t>9 užduotis – trumpa žinutė (5 taškai)</w:t>
      </w:r>
    </w:p>
    <w:tbl>
      <w:tblPr>
        <w:tblStyle w:val="TableGrid"/>
        <w:tblW w:type="auto" w:w="0"/>
        <w:jc w:val="center"/>
        <w:tblLook w:firstColumn="1" w:firstRow="1" w:lastColumn="0" w:lastRow="0" w:noHBand="0" w:noVBand="1" w:val="04A0"/>
      </w:tblPr>
      <w:tblGrid>
        <w:gridCol w:w="5185"/>
        <w:gridCol w:w="5185"/>
      </w:tblGrid>
      <w:tr>
        <w:tc>
          <w:tcPr>
            <w:tcW w:type="dxa" w:w="5185"/>
            <w:vAlign w:val="center"/>
            <w:tcMar>
              <w:top w:w="80" w:type="dxa"/>
              <w:start w:w="100" w:type="dxa"/>
              <w:bottom w:w="80" w:type="dxa"/>
              <w:end w:w="100" w:type="dxa"/>
            </w:tcMar>
          </w:tcPr>
          <w:p>
            <w:r>
              <w:rPr>
                <w:rFonts w:ascii="Liberation Sans" w:hAnsi="Liberation Sans" w:eastAsia="Liberation Sans"/>
                <w:b w:val="0"/>
                <w:sz w:val="18"/>
              </w:rPr>
              <w:t>5</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Pateikti visi 3 prašomi dalykai; žinutė aiški; tik nedidelės klaidos.</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8"/>
              </w:rPr>
              <w:t>4</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Pateikti visi 3 dalykai, bet yra kelių gramatikos / rašybos klaidų.</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8"/>
              </w:rPr>
              <w:t>3</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Aiškiai pateikti 2 dalykai arba visi 3 pateikti ne visai aiškiai.</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8"/>
              </w:rPr>
              <w:t>2</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Pateikti tik 2 dalykai ir yra nemažai klaidų.</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8"/>
              </w:rPr>
              <w:t>1</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Pateiktas tik 1 reikalingas dalykas.</w:t>
            </w:r>
          </w:p>
        </w:tc>
      </w:tr>
      <w:tr>
        <w:tc>
          <w:tcPr>
            <w:tcW w:type="dxa" w:w="5185"/>
            <w:vAlign w:val="center"/>
            <w:tcMar>
              <w:top w:w="80" w:type="dxa"/>
              <w:start w:w="100" w:type="dxa"/>
              <w:bottom w:w="80" w:type="dxa"/>
              <w:end w:w="100" w:type="dxa"/>
            </w:tcMar>
          </w:tcPr>
          <w:p>
            <w:r>
              <w:rPr>
                <w:rFonts w:ascii="Liberation Sans" w:hAnsi="Liberation Sans" w:eastAsia="Liberation Sans"/>
                <w:b w:val="0"/>
                <w:sz w:val="18"/>
              </w:rPr>
              <w:t>0</w:t>
            </w:r>
          </w:p>
        </w:tc>
        <w:tc>
          <w:tcPr>
            <w:tcW w:type="dxa" w:w="5185"/>
            <w:vAlign w:val="center"/>
            <w:tcMar>
              <w:top w:w="80" w:type="dxa"/>
              <w:start w:w="100" w:type="dxa"/>
              <w:bottom w:w="80" w:type="dxa"/>
              <w:end w:w="100" w:type="dxa"/>
            </w:tcMar>
          </w:tcPr>
          <w:p>
            <w:r>
              <w:rPr>
                <w:rFonts w:ascii="Liberation Sans" w:hAnsi="Liberation Sans" w:eastAsia="Liberation Sans"/>
                <w:b w:val="0"/>
                <w:sz w:val="18"/>
              </w:rPr>
              <w:t>Užduotis neatlikta arba tekstas nesuprantamas.</w:t>
            </w:r>
          </w:p>
        </w:tc>
      </w:tr>
    </w:tbl>
    <w:p>
      <w:pPr>
        <w:spacing w:after="60"/>
        <w:ind w:left="0"/>
      </w:pPr>
      <w:r>
        <w:rPr>
          <w:rFonts w:ascii="Liberation Sans" w:hAnsi="Liberation Sans" w:eastAsia="Liberation Sans"/>
          <w:b w:val="0"/>
          <w:color w:val="505050"/>
          <w:sz w:val="18"/>
        </w:rPr>
        <w:t>Galimas atsakymas: „Labas, Tomai. Rytoj į darbą neatvyksiu, nes einu pas gydytoją. Prašau perduoti klientui dokumentus. Į darbą grįšiu penktadienį. Ačiū!“</w:t>
      </w:r>
    </w:p>
    <w:p>
      <w:pPr>
        <w:pStyle w:val="Heading2"/>
        <w:keepNext/>
      </w:pPr>
      <w:r>
        <w:t>10 užduotis – skelbimas (10 taškų)</w:t>
      </w:r>
    </w:p>
    <w:tbl>
      <w:tblPr>
        <w:tblStyle w:val="TableGrid"/>
        <w:tblW w:type="auto" w:w="0"/>
        <w:jc w:val="center"/>
        <w:tblLook w:firstColumn="1" w:firstRow="1" w:lastColumn="0" w:lastRow="0" w:noHBand="0" w:noVBand="1" w:val="04A0"/>
      </w:tblPr>
      <w:tblGrid>
        <w:gridCol w:w="3457"/>
        <w:gridCol w:w="3457"/>
        <w:gridCol w:w="3457"/>
      </w:tblGrid>
      <w:tr>
        <w:tc>
          <w:tcPr>
            <w:tcW w:type="dxa" w:w="3457"/>
            <w:vAlign w:val="center"/>
            <w:tcMar>
              <w:top w:w="80" w:type="dxa"/>
              <w:start w:w="100" w:type="dxa"/>
              <w:bottom w:w="80" w:type="dxa"/>
              <w:end w:w="100" w:type="dxa"/>
            </w:tcMar>
            <w:shd w:fill="E8F0F1"/>
          </w:tcPr>
          <w:p>
            <w:r>
              <w:rPr>
                <w:rFonts w:ascii="Liberation Sans" w:hAnsi="Liberation Sans" w:eastAsia="Liberation Sans"/>
                <w:b/>
                <w:sz w:val="18"/>
              </w:rPr>
              <w:t>Kriterijus</w:t>
            </w:r>
          </w:p>
        </w:tc>
        <w:tc>
          <w:tcPr>
            <w:tcW w:type="dxa" w:w="3457"/>
            <w:vAlign w:val="center"/>
            <w:tcMar>
              <w:top w:w="80" w:type="dxa"/>
              <w:start w:w="100" w:type="dxa"/>
              <w:bottom w:w="80" w:type="dxa"/>
              <w:end w:w="100" w:type="dxa"/>
            </w:tcMar>
            <w:shd w:fill="E8F0F1"/>
          </w:tcPr>
          <w:p>
            <w:r>
              <w:rPr>
                <w:rFonts w:ascii="Liberation Sans" w:hAnsi="Liberation Sans" w:eastAsia="Liberation Sans"/>
                <w:b/>
                <w:sz w:val="18"/>
              </w:rPr>
              <w:t>Taškai</w:t>
            </w:r>
          </w:p>
        </w:tc>
        <w:tc>
          <w:tcPr>
            <w:tcW w:type="dxa" w:w="3457"/>
            <w:vAlign w:val="center"/>
            <w:tcMar>
              <w:top w:w="80" w:type="dxa"/>
              <w:start w:w="100" w:type="dxa"/>
              <w:bottom w:w="80" w:type="dxa"/>
              <w:end w:w="100" w:type="dxa"/>
            </w:tcMar>
            <w:shd w:fill="E8F0F1"/>
          </w:tcPr>
          <w:p>
            <w:r>
              <w:rPr>
                <w:rFonts w:ascii="Liberation Sans" w:hAnsi="Liberation Sans" w:eastAsia="Liberation Sans"/>
                <w:b/>
                <w:sz w:val="18"/>
              </w:rPr>
              <w:t>Vertinimas</w:t>
            </w:r>
          </w:p>
        </w:tc>
      </w:tr>
      <w:tr>
        <w:tc>
          <w:tcPr>
            <w:tcW w:type="dxa" w:w="3457"/>
            <w:vAlign w:val="center"/>
            <w:tcMar>
              <w:top w:w="80" w:type="dxa"/>
              <w:start w:w="100" w:type="dxa"/>
              <w:bottom w:w="80" w:type="dxa"/>
              <w:end w:w="100" w:type="dxa"/>
            </w:tcMar>
          </w:tcPr>
          <w:p>
            <w:r>
              <w:rPr>
                <w:rFonts w:ascii="Liberation Sans" w:hAnsi="Liberation Sans" w:eastAsia="Liberation Sans"/>
                <w:b w:val="0"/>
                <w:sz w:val="18"/>
              </w:rPr>
              <w:t>Turinys</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0–4</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Po 1 tašką už kiekvieną prašomą informacijos punktą.</w:t>
            </w:r>
          </w:p>
        </w:tc>
      </w:tr>
      <w:tr>
        <w:tc>
          <w:tcPr>
            <w:tcW w:type="dxa" w:w="3457"/>
            <w:vAlign w:val="center"/>
            <w:tcMar>
              <w:top w:w="80" w:type="dxa"/>
              <w:start w:w="100" w:type="dxa"/>
              <w:bottom w:w="80" w:type="dxa"/>
              <w:end w:w="100" w:type="dxa"/>
            </w:tcMar>
          </w:tcPr>
          <w:p>
            <w:r>
              <w:rPr>
                <w:rFonts w:ascii="Liberation Sans" w:hAnsi="Liberation Sans" w:eastAsia="Liberation Sans"/>
                <w:b w:val="0"/>
                <w:sz w:val="18"/>
              </w:rPr>
              <w:t>Aiškumas ir rišlumas</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0–2</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Tekstą lengva suprasti, mintys susijusios.</w:t>
            </w:r>
          </w:p>
        </w:tc>
      </w:tr>
      <w:tr>
        <w:tc>
          <w:tcPr>
            <w:tcW w:type="dxa" w:w="3457"/>
            <w:vAlign w:val="center"/>
            <w:tcMar>
              <w:top w:w="80" w:type="dxa"/>
              <w:start w:w="100" w:type="dxa"/>
              <w:bottom w:w="80" w:type="dxa"/>
              <w:end w:w="100" w:type="dxa"/>
            </w:tcMar>
          </w:tcPr>
          <w:p>
            <w:r>
              <w:rPr>
                <w:rFonts w:ascii="Liberation Sans" w:hAnsi="Liberation Sans" w:eastAsia="Liberation Sans"/>
                <w:b w:val="0"/>
                <w:sz w:val="18"/>
              </w:rPr>
              <w:t>Gramatika ir žodynas</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0–2</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Formos ir žodžiai pakankamai taisyklingi A1–A2 lygiu.</w:t>
            </w:r>
          </w:p>
        </w:tc>
      </w:tr>
      <w:tr>
        <w:tc>
          <w:tcPr>
            <w:tcW w:type="dxa" w:w="3457"/>
            <w:vAlign w:val="center"/>
            <w:tcMar>
              <w:top w:w="80" w:type="dxa"/>
              <w:start w:w="100" w:type="dxa"/>
              <w:bottom w:w="80" w:type="dxa"/>
              <w:end w:w="100" w:type="dxa"/>
            </w:tcMar>
          </w:tcPr>
          <w:p>
            <w:r>
              <w:rPr>
                <w:rFonts w:ascii="Liberation Sans" w:hAnsi="Liberation Sans" w:eastAsia="Liberation Sans"/>
                <w:b w:val="0"/>
                <w:sz w:val="18"/>
              </w:rPr>
              <w:t>Rašyba ir skyryba</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0–1</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Klaidos netrukdo suprasti.</w:t>
            </w:r>
          </w:p>
        </w:tc>
      </w:tr>
      <w:tr>
        <w:tc>
          <w:tcPr>
            <w:tcW w:type="dxa" w:w="3457"/>
            <w:vAlign w:val="center"/>
            <w:tcMar>
              <w:top w:w="80" w:type="dxa"/>
              <w:start w:w="100" w:type="dxa"/>
              <w:bottom w:w="80" w:type="dxa"/>
              <w:end w:w="100" w:type="dxa"/>
            </w:tcMar>
          </w:tcPr>
          <w:p>
            <w:r>
              <w:rPr>
                <w:rFonts w:ascii="Liberation Sans" w:hAnsi="Liberation Sans" w:eastAsia="Liberation Sans"/>
                <w:b w:val="0"/>
                <w:sz w:val="18"/>
              </w:rPr>
              <w:t>Apimtis ir formatas</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0–1</w:t>
            </w:r>
          </w:p>
        </w:tc>
        <w:tc>
          <w:tcPr>
            <w:tcW w:type="dxa" w:w="3457"/>
            <w:vAlign w:val="center"/>
            <w:tcMar>
              <w:top w:w="80" w:type="dxa"/>
              <w:start w:w="100" w:type="dxa"/>
              <w:bottom w:w="80" w:type="dxa"/>
              <w:end w:w="100" w:type="dxa"/>
            </w:tcMar>
          </w:tcPr>
          <w:p>
            <w:r>
              <w:rPr>
                <w:rFonts w:ascii="Liberation Sans" w:hAnsi="Liberation Sans" w:eastAsia="Liberation Sans"/>
                <w:b w:val="0"/>
                <w:sz w:val="18"/>
              </w:rPr>
              <w:t>35–50 žodžių, skelbimo forma tinkama.</w:t>
            </w:r>
          </w:p>
        </w:tc>
      </w:tr>
    </w:tbl>
    <w:p>
      <w:pPr>
        <w:spacing w:after="60"/>
        <w:ind w:left="0"/>
      </w:pPr>
      <w:r>
        <w:rPr>
          <w:rFonts w:ascii="Liberation Sans" w:hAnsi="Liberation Sans" w:eastAsia="Liberation Sans"/>
          <w:b w:val="0"/>
          <w:color w:val="505050"/>
          <w:sz w:val="18"/>
        </w:rPr>
        <w:t>Galimas atsakymas: „Vakar apie 18 val. 3G autobuse pametiau juodą kuprinę su pilku ženklu. Viduje buvo mėlynas megztinis, užrašų knygelė ir telefono įkroviklis. Jei radote, parašykite man žinutę numeriu 8 600 55555. Ačiū!“</w:t>
      </w:r>
    </w:p>
    <w:p>
      <w:pPr>
        <w:pStyle w:val="Heading2"/>
        <w:keepNext/>
      </w:pPr>
      <w:r>
        <w:t>11–13 užduočių kalbėjimo vertinimas</w:t>
      </w:r>
    </w:p>
    <w:p>
      <w:pPr>
        <w:spacing w:after="60"/>
        <w:ind w:left="0"/>
      </w:pPr>
      <w:r>
        <w:rPr>
          <w:rFonts w:ascii="Liberation Sans" w:hAnsi="Liberation Sans" w:eastAsia="Liberation Sans"/>
          <w:b/>
          <w:sz w:val="19"/>
        </w:rPr>
        <w:t>11 užduotis (5 t.):</w:t>
      </w:r>
    </w:p>
    <w:p>
      <w:pPr>
        <w:pStyle w:val="ListBullet"/>
      </w:pPr>
      <w:r>
        <w:rPr>
          <w:rFonts w:ascii="Liberation Sans" w:hAnsi="Liberation Sans" w:eastAsia="Liberation Sans"/>
          <w:sz w:val="18"/>
        </w:rPr>
        <w:t>5 – atsako į beveik visus klausimus suprantamais sakiniais;</w:t>
      </w:r>
    </w:p>
    <w:p>
      <w:pPr>
        <w:pStyle w:val="ListBullet"/>
      </w:pPr>
      <w:r>
        <w:rPr>
          <w:rFonts w:ascii="Liberation Sans" w:hAnsi="Liberation Sans" w:eastAsia="Liberation Sans"/>
          <w:sz w:val="18"/>
        </w:rPr>
        <w:t>4 – atsako į daugumą klausimų, yra klaidų, bet mintis aiški;</w:t>
      </w:r>
    </w:p>
    <w:p>
      <w:pPr>
        <w:pStyle w:val="ListBullet"/>
      </w:pPr>
      <w:r>
        <w:rPr>
          <w:rFonts w:ascii="Liberation Sans" w:hAnsi="Liberation Sans" w:eastAsia="Liberation Sans"/>
          <w:sz w:val="18"/>
        </w:rPr>
        <w:t>3 – atsakymai trumpi, dažnai reikia papildomų klausimų;</w:t>
      </w:r>
    </w:p>
    <w:p>
      <w:pPr>
        <w:pStyle w:val="ListBullet"/>
      </w:pPr>
      <w:r>
        <w:rPr>
          <w:rFonts w:ascii="Liberation Sans" w:hAnsi="Liberation Sans" w:eastAsia="Liberation Sans"/>
          <w:sz w:val="18"/>
        </w:rPr>
        <w:t>2 – suprantama tik dalis atsakymų;</w:t>
      </w:r>
    </w:p>
    <w:p>
      <w:pPr>
        <w:pStyle w:val="ListBullet"/>
      </w:pPr>
      <w:r>
        <w:rPr>
          <w:rFonts w:ascii="Liberation Sans" w:hAnsi="Liberation Sans" w:eastAsia="Liberation Sans"/>
          <w:sz w:val="18"/>
        </w:rPr>
        <w:t>1 – pavieniai žodžiai / labai ribotas atsakymas;</w:t>
      </w:r>
    </w:p>
    <w:p>
      <w:pPr>
        <w:pStyle w:val="ListBullet"/>
      </w:pPr>
      <w:r>
        <w:rPr>
          <w:rFonts w:ascii="Liberation Sans" w:hAnsi="Liberation Sans" w:eastAsia="Liberation Sans"/>
          <w:sz w:val="18"/>
        </w:rPr>
        <w:t>0 – neatsako.</w:t>
      </w:r>
    </w:p>
    <w:p>
      <w:pPr>
        <w:spacing w:after="60"/>
        <w:ind w:left="0"/>
      </w:pPr>
      <w:r>
        <w:rPr>
          <w:rFonts w:ascii="Liberation Sans" w:hAnsi="Liberation Sans" w:eastAsia="Liberation Sans"/>
          <w:b w:val="0"/>
          <w:sz w:val="18"/>
        </w:rPr>
        <w:t>12 užduotis (10 t.): 4 t. už paveikslėlio apibūdinimą, 3 t. už atsakymus į 3 klausimus, 3 t. už 3 taisyklingai suformuluotus klausimus egzaminuotojui.</w:t>
      </w:r>
    </w:p>
    <w:p>
      <w:pPr>
        <w:spacing w:after="60"/>
        <w:ind w:left="0"/>
      </w:pPr>
      <w:r>
        <w:rPr>
          <w:rFonts w:ascii="Liberation Sans" w:hAnsi="Liberation Sans" w:eastAsia="Liberation Sans"/>
          <w:b w:val="0"/>
          <w:sz w:val="18"/>
        </w:rPr>
        <w:t>13 užduotis (10 t.): 5 t. už teisingus atsakymus pagal skelbimą, 5 t. už penkis suprantamus klausimus pagal pateiktus žodžius.</w:t>
      </w:r>
    </w:p>
    <w:p>
      <w:pPr>
        <w:pStyle w:val="Heading2"/>
        <w:keepNext/>
      </w:pPr>
      <w:r>
        <w:t>A1 ir A2 stiprybių patikra</w:t>
      </w:r>
    </w:p>
    <w:p>
      <w:pPr>
        <w:spacing w:after="60"/>
        <w:ind w:left="0"/>
      </w:pPr>
      <w:r>
        <w:rPr>
          <w:rFonts w:ascii="Liberation Sans" w:hAnsi="Liberation Sans" w:eastAsia="Liberation Sans"/>
          <w:b w:val="0"/>
          <w:sz w:val="19"/>
        </w:rPr>
        <w:t>Jei norite matyti ne tik bendrą balą, atkreipkite dėmesį į klaidų pobūdį:</w:t>
      </w:r>
    </w:p>
    <w:p>
      <w:pPr>
        <w:pStyle w:val="ListBullet"/>
      </w:pPr>
      <w:r>
        <w:rPr>
          <w:rFonts w:ascii="Liberation Sans" w:hAnsi="Liberation Sans" w:eastAsia="Liberation Sans"/>
          <w:sz w:val="18"/>
        </w:rPr>
        <w:t>A1 pagrindai: prisistatymas, vieta ir kryptis, miesto objektai, paprasti užrašai, esamasis laikas, vienaskaitos linksniai, trumpa praktinė žinutė.</w:t>
      </w:r>
    </w:p>
    <w:p>
      <w:pPr>
        <w:pStyle w:val="ListBullet"/>
      </w:pPr>
      <w:r>
        <w:rPr>
          <w:rFonts w:ascii="Liberation Sans" w:hAnsi="Liberation Sans" w:eastAsia="Liberation Sans"/>
          <w:sz w:val="18"/>
        </w:rPr>
        <w:t>A2 plėtra: ilgesnio teksto supratimas, būtasis ir būsimasis laikas, laiko raiška, sudėtingesnis žodžių valdymas, savarankiškas trumpas tekstas ir ilgesnis kalbėjimas.</w:t>
      </w:r>
    </w:p>
    <w:p>
      <w:pPr>
        <w:pStyle w:val="Heading2"/>
        <w:keepNext/>
      </w:pPr>
      <w:r>
        <w:t>Parengimo pagrindas</w:t>
      </w:r>
    </w:p>
    <w:p>
      <w:pPr>
        <w:spacing w:after="60"/>
        <w:ind w:left="0"/>
      </w:pPr>
      <w:r>
        <w:rPr>
          <w:rFonts w:ascii="Liberation Sans" w:hAnsi="Liberation Sans" w:eastAsia="Liberation Sans"/>
          <w:b w:val="0"/>
          <w:color w:val="646464"/>
          <w:sz w:val="17"/>
        </w:rPr>
        <w:t>Testas yra originaliai sukurtas LT Class On mokymo reikmėms. Užduočių tipai ir temų parinkimas paremti šiame projekte naudotais A1–A2 šaltiniais: 2021 m. lietuvių kalbos mokymo(si) programa trečiųjų šalių piliečiams; A1–A2 kalbėjimo egzamino kandidato pavyzdžiu; valstybinės kalbos I kategorijos skaitymo ir rašymo testų užduočių formatais; vadovėliais „Nė dienos be lietuvių kalbos“, „Sėkmės! 1“, „Sėkmės! 2“, „Complete Lithuanian“ ir „Colloquial Lithuanian“.</w:t>
      </w:r>
    </w:p>
    <w:sectPr w:rsidR="00FC693F" w:rsidRPr="0006063C" w:rsidSect="00034616">
      <w:footerReference w:type="default" r:id="rId9"/>
      <w:pgSz w:w="12240" w:h="15840"/>
      <w:pgMar w:top="879" w:right="935" w:bottom="879"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Liberation Sans" w:hAnsi="Liberation Sans" w:eastAsia="Liberation Sans"/>
        <w:color w:val="646464"/>
        <w:sz w:val="16"/>
      </w:rPr>
      <w:t>LT Class On • A1–A2 bandomasis testas • Be klausymo dalies</w:t>
    </w:r>
  </w:p>
  <w:p>
    <w:pPr>
      <w:jc w:val="right"/>
    </w:pPr>
    <w:r>
      <w:rPr>
        <w:rFonts w:ascii="Liberation Sans" w:hAnsi="Liberation Sans" w:eastAsia="Liberation Sans"/>
        <w:color w:val="5A5A5A"/>
        <w:sz w:val="16"/>
      </w:rPr>
      <w:t xml:space="preserve">Puslapis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24B52"/>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23232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24B5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